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2F6F7E"/>
          <w:sz w:val="16"/>
        </w:rPr>
        <w:t>FREE TEMPLATE FROM GAPLESSLY.COM</w:t>
      </w:r>
    </w:p>
    <w:p>
      <w:pPr>
        <w:spacing w:after="80"/>
      </w:pPr>
      <w:r>
        <w:rPr>
          <w:rFonts w:ascii="Georgia" w:hAnsi="Georgia"/>
          <w:b w:val="0"/>
          <w:sz w:val="60"/>
        </w:rPr>
        <w:t>Cancellation policy template</w:t>
      </w:r>
    </w:p>
    <w:p>
      <w:pPr>
        <w:spacing w:after="280"/>
      </w:pPr>
      <w:r>
        <w:rPr>
          <w:rFonts w:ascii="Arial" w:hAnsi="Arial"/>
          <w:b w:val="0"/>
          <w:color w:val="5B666B"/>
          <w:sz w:val="22"/>
        </w:rPr>
        <w:t>For salons, clinics, spas, restaurants, cafés and bars in Australia.</w:t>
      </w:r>
    </w:p>
    <w:tbl>
      <w:tblPr>
        <w:tblW w:type="auto" w:w="0"/>
        <w:tblLook w:firstColumn="1" w:firstRow="1" w:lastColumn="0" w:lastRow="0" w:noHBand="0" w:noVBand="1" w:val="04A0"/>
      </w:tblPr>
      <w:tblGrid>
        <w:gridCol w:w="9412"/>
      </w:tblGrid>
      <w:tr>
        <w:tc>
          <w:tcPr>
            <w:tcW w:type="dxa" w:w="9412"/>
            <w:shd w:val="clear" w:color="auto" w:fill="F3F5F6"/>
          </w:tcPr>
          <w:p>
            <w:pPr>
              <w:spacing w:after="80"/>
            </w:pPr>
            <w:r>
              <w:rPr>
                <w:rFonts w:ascii="Arial" w:hAnsi="Arial"/>
                <w:b/>
                <w:sz w:val="21"/>
              </w:rPr>
              <w:t>How to use this template (delete this box when you're done)</w:t>
            </w:r>
          </w:p>
          <w:p>
            <w:pPr>
              <w:spacing w:after="60"/>
            </w:pPr>
            <w:r>
              <w:rPr>
                <w:rFonts w:ascii="Arial" w:hAnsi="Arial"/>
                <w:b w:val="0"/>
                <w:sz w:val="20"/>
              </w:rPr>
              <w:t xml:space="preserve">•  Replace every shaded part in </w:t>
            </w:r>
            <w:r>
              <w:rPr>
                <w:rFonts w:ascii="Arial" w:hAnsi="Arial"/>
                <w:b w:val="0"/>
                <w:sz w:val="20"/>
                <w:shd w:val="clear" w:color="auto" w:fill="DCEBF0"/>
              </w:rPr>
              <w:t>[square brackets]</w:t>
            </w:r>
            <w:r>
              <w:rPr>
                <w:rFonts w:ascii="Arial" w:hAnsi="Arial"/>
                <w:b w:val="0"/>
                <w:sz w:val="20"/>
              </w:rPr>
              <w:t>, and pick one option where there is a choice.</w:t>
            </w:r>
          </w:p>
          <w:p>
            <w:pPr>
              <w:spacing w:after="60"/>
            </w:pPr>
            <w:r>
              <w:rPr>
                <w:rFonts w:ascii="Arial" w:hAnsi="Arial"/>
                <w:b w:val="0"/>
                <w:sz w:val="20"/>
              </w:rPr>
              <w:t>•  Keep the version that fits your business, salons and clinics or restaurants and venues, and delete the other.</w:t>
            </w:r>
          </w:p>
          <w:p>
            <w:pPr>
              <w:spacing w:after="60"/>
            </w:pPr>
            <w:r>
              <w:rPr>
                <w:rFonts w:ascii="Arial" w:hAnsi="Arial"/>
                <w:b w:val="0"/>
                <w:sz w:val="20"/>
              </w:rPr>
              <w:t>•  Delete any section you don't use. If you don't take deposits, take out the deposit section.</w:t>
            </w:r>
          </w:p>
          <w:p>
            <w:pPr>
              <w:spacing w:after="60"/>
            </w:pPr>
            <w:r>
              <w:rPr>
                <w:rFonts w:ascii="Arial" w:hAnsi="Arial"/>
                <w:b w:val="0"/>
                <w:sz w:val="20"/>
              </w:rPr>
              <w:t>•  Put the three-line version where people book, before they confirm, and in your confirmation email. Put the full policy on your website.</w:t>
            </w:r>
          </w:p>
          <w:p>
            <w:pPr>
              <w:spacing w:after="60"/>
            </w:pPr>
            <w:r>
              <w:rPr>
                <w:rFonts w:ascii="Arial" w:hAnsi="Arial"/>
                <w:b w:val="0"/>
                <w:sz w:val="20"/>
              </w:rPr>
              <w:t>•  This is a starting point, not legal advice. Keep each fee close to what a late change actually costs you.</w:t>
            </w:r>
          </w:p>
          <w:p>
            <w:pPr>
              <w:spacing w:after="0"/>
            </w:pPr>
          </w:p>
        </w:tc>
      </w:tr>
    </w:tbl>
    <w:p>
      <w:pPr>
        <w:spacing w:after="120"/>
      </w:pPr>
    </w:p>
    <w:p>
      <w:pPr>
        <w:spacing w:after="40"/>
      </w:pPr>
      <w:r>
        <w:rPr>
          <w:rFonts w:ascii="Arial" w:hAnsi="Arial"/>
          <w:b/>
          <w:color w:val="2F6F7E"/>
          <w:sz w:val="16"/>
        </w:rPr>
        <w:t>THE THREE-LINE VERSION</w:t>
      </w:r>
    </w:p>
    <w:p>
      <w:pPr>
        <w:spacing w:after="120"/>
      </w:pPr>
      <w:r>
        <w:rPr>
          <w:rFonts w:ascii="Georgia" w:hAnsi="Georgia"/>
          <w:b w:val="0"/>
          <w:sz w:val="44"/>
        </w:rPr>
        <w:t>Our cancellation policy</w:t>
      </w:r>
    </w:p>
    <w:p>
      <w:pPr>
        <w:spacing w:after="80"/>
      </w:pPr>
      <w:r>
        <w:rPr>
          <w:rFonts w:ascii="Arial" w:hAnsi="Arial"/>
          <w:b w:val="0"/>
          <w:sz w:val="22"/>
        </w:rPr>
        <w:t xml:space="preserve">Free to cancel or change until </w:t>
      </w:r>
      <w:r>
        <w:rPr>
          <w:rFonts w:ascii="Arial" w:hAnsi="Arial"/>
          <w:b w:val="0"/>
          <w:sz w:val="22"/>
          <w:shd w:val="clear" w:color="auto" w:fill="DCEBF0"/>
        </w:rPr>
        <w:t>[24]</w:t>
      </w:r>
      <w:r>
        <w:rPr>
          <w:rFonts w:ascii="Arial" w:hAnsi="Arial"/>
          <w:b w:val="0"/>
          <w:sz w:val="22"/>
        </w:rPr>
        <w:t xml:space="preserve"> hours before your booking. Cancel later, or don't arrive, and a fee of </w:t>
      </w:r>
      <w:r>
        <w:rPr>
          <w:rFonts w:ascii="Arial" w:hAnsi="Arial"/>
          <w:b w:val="0"/>
          <w:sz w:val="22"/>
          <w:shd w:val="clear" w:color="auto" w:fill="DCEBF0"/>
        </w:rPr>
        <w:t>[$ or %]</w:t>
      </w:r>
      <w:r>
        <w:rPr>
          <w:rFonts w:ascii="Arial" w:hAnsi="Arial"/>
          <w:b w:val="0"/>
          <w:sz w:val="22"/>
        </w:rPr>
        <w:t xml:space="preserve"> applies. It comes from </w:t>
      </w:r>
      <w:r>
        <w:rPr>
          <w:rFonts w:ascii="Arial" w:hAnsi="Arial"/>
          <w:b w:val="0"/>
          <w:sz w:val="22"/>
          <w:shd w:val="clear" w:color="auto" w:fill="DCEBF0"/>
        </w:rPr>
        <w:t>[your deposit / the card you saved when booking]</w:t>
      </w:r>
      <w:r>
        <w:rPr>
          <w:rFonts w:ascii="Arial" w:hAnsi="Arial"/>
          <w:b w:val="0"/>
          <w:sz w:val="22"/>
        </w:rPr>
        <w:t>.</w:t>
      </w:r>
    </w:p>
    <w:p>
      <w:r>
        <w:rPr>
          <w:rFonts w:ascii="Arial" w:hAnsi="Arial"/>
          <w:b w:val="0"/>
          <w:color w:val="5B666B"/>
          <w:sz w:val="19"/>
        </w:rPr>
        <w:t>For your booking page, before people confirm, your confirmation email and the front desk.</w:t>
      </w:r>
    </w:p>
    <w:p>
      <w:r>
        <w:br w:type="page"/>
      </w:r>
    </w:p>
    <w:p>
      <w:pPr>
        <w:spacing w:after="40"/>
      </w:pPr>
      <w:r>
        <w:rPr>
          <w:rFonts w:ascii="Arial" w:hAnsi="Arial"/>
          <w:b/>
          <w:color w:val="2F6F7E"/>
          <w:sz w:val="16"/>
        </w:rPr>
        <w:t>SALONS, CLINICS AND SPAS</w:t>
      </w:r>
    </w:p>
    <w:p>
      <w:pPr>
        <w:spacing w:after="0"/>
      </w:pPr>
      <w:r>
        <w:rPr>
          <w:rFonts w:ascii="Arial" w:hAnsi="Arial"/>
          <w:b w:val="0"/>
          <w:color w:val="5B666B"/>
          <w:sz w:val="22"/>
          <w:shd w:val="clear" w:color="auto" w:fill="DCEBF0"/>
        </w:rPr>
        <w:t>[Business name]</w:t>
      </w:r>
    </w:p>
    <w:p>
      <w:pPr>
        <w:spacing w:after="160"/>
      </w:pPr>
      <w:r>
        <w:rPr>
          <w:rFonts w:ascii="Georgia" w:hAnsi="Georgia"/>
          <w:b w:val="0"/>
          <w:sz w:val="60"/>
        </w:rPr>
        <w:t>Cancellation policy</w:t>
      </w:r>
    </w:p>
    <w:p>
      <w:pPr>
        <w:spacing w:after="240"/>
      </w:pPr>
      <w:r>
        <w:rPr>
          <w:rFonts w:ascii="Arial" w:hAnsi="Arial"/>
          <w:b w:val="0"/>
          <w:color w:val="5B666B"/>
          <w:sz w:val="22"/>
        </w:rPr>
        <w:t>We keep your appointment time free for you, so please tell us early if your plans change.</w:t>
      </w:r>
    </w:p>
    <w:p>
      <w:pPr>
        <w:spacing w:after="40" w:before="120"/>
      </w:pPr>
      <w:r>
        <w:rPr>
          <w:rFonts w:ascii="Arial" w:hAnsi="Arial"/>
          <w:b/>
          <w:sz w:val="22"/>
        </w:rPr>
        <w:t>1. Changing or cancelling</w:t>
      </w:r>
    </w:p>
    <w:p>
      <w:pPr>
        <w:spacing w:after="80"/>
      </w:pPr>
      <w:r>
        <w:rPr>
          <w:rFonts w:ascii="Arial" w:hAnsi="Arial"/>
          <w:b w:val="0"/>
        </w:rPr>
        <w:t xml:space="preserve">You can cancel or move your appointment free of charge up to </w:t>
      </w:r>
      <w:r>
        <w:rPr>
          <w:rFonts w:ascii="Arial" w:hAnsi="Arial"/>
          <w:b w:val="0"/>
          <w:shd w:val="clear" w:color="auto" w:fill="DCEBF0"/>
        </w:rPr>
        <w:t>[24]</w:t>
      </w:r>
      <w:r>
        <w:rPr>
          <w:rFonts w:ascii="Arial" w:hAnsi="Arial"/>
          <w:b w:val="0"/>
        </w:rPr>
        <w:t xml:space="preserve"> hours before it starts. Use the link in your confirmation email, or call us on </w:t>
      </w:r>
      <w:r>
        <w:rPr>
          <w:rFonts w:ascii="Arial" w:hAnsi="Arial"/>
          <w:b w:val="0"/>
          <w:shd w:val="clear" w:color="auto" w:fill="DCEBF0"/>
        </w:rPr>
        <w:t>[phone number]</w:t>
      </w:r>
      <w:r>
        <w:rPr>
          <w:rFonts w:ascii="Arial" w:hAnsi="Arial"/>
          <w:b w:val="0"/>
        </w:rPr>
        <w:t>.</w:t>
      </w:r>
    </w:p>
    <w:p>
      <w:pPr>
        <w:spacing w:after="40" w:before="120"/>
      </w:pPr>
      <w:r>
        <w:rPr>
          <w:rFonts w:ascii="Arial" w:hAnsi="Arial"/>
          <w:b/>
          <w:sz w:val="22"/>
        </w:rPr>
        <w:t>2. Late cancellations and no-shows</w:t>
      </w:r>
    </w:p>
    <w:p>
      <w:pPr>
        <w:spacing w:after="80"/>
      </w:pPr>
      <w:r>
        <w:rPr>
          <w:rFonts w:ascii="Arial" w:hAnsi="Arial"/>
          <w:b w:val="0"/>
        </w:rPr>
        <w:t xml:space="preserve">If you cancel or move your appointment less than </w:t>
      </w:r>
      <w:r>
        <w:rPr>
          <w:rFonts w:ascii="Arial" w:hAnsi="Arial"/>
          <w:b w:val="0"/>
          <w:shd w:val="clear" w:color="auto" w:fill="DCEBF0"/>
        </w:rPr>
        <w:t>[24]</w:t>
      </w:r>
      <w:r>
        <w:rPr>
          <w:rFonts w:ascii="Arial" w:hAnsi="Arial"/>
          <w:b w:val="0"/>
        </w:rPr>
        <w:t xml:space="preserve"> hours before it starts, or you don't arrive, we charge </w:t>
      </w:r>
      <w:r>
        <w:rPr>
          <w:rFonts w:ascii="Arial" w:hAnsi="Arial"/>
          <w:b w:val="0"/>
          <w:shd w:val="clear" w:color="auto" w:fill="DCEBF0"/>
        </w:rPr>
        <w:t>[50]</w:t>
      </w:r>
      <w:r>
        <w:rPr>
          <w:rFonts w:ascii="Arial" w:hAnsi="Arial"/>
          <w:b w:val="0"/>
        </w:rPr>
        <w:t>% of the price of the services you booked.</w:t>
      </w:r>
    </w:p>
    <w:p>
      <w:pPr>
        <w:spacing w:after="40" w:before="120"/>
      </w:pPr>
      <w:r>
        <w:rPr>
          <w:rFonts w:ascii="Arial" w:hAnsi="Arial"/>
          <w:b/>
          <w:sz w:val="22"/>
        </w:rPr>
        <w:t>3. Deposits</w:t>
      </w:r>
    </w:p>
    <w:p>
      <w:pPr>
        <w:spacing w:after="80"/>
      </w:pPr>
      <w:r>
        <w:rPr>
          <w:rFonts w:ascii="Arial" w:hAnsi="Arial"/>
          <w:b w:val="0"/>
          <w:shd w:val="clear" w:color="auto" w:fill="DCEBF0"/>
        </w:rPr>
        <w:t>[Some services / All bookings]</w:t>
      </w:r>
      <w:r>
        <w:rPr>
          <w:rFonts w:ascii="Arial" w:hAnsi="Arial"/>
          <w:b w:val="0"/>
        </w:rPr>
        <w:t xml:space="preserve"> need a deposit of </w:t>
      </w:r>
      <w:r>
        <w:rPr>
          <w:rFonts w:ascii="Arial" w:hAnsi="Arial"/>
          <w:b w:val="0"/>
          <w:shd w:val="clear" w:color="auto" w:fill="DCEBF0"/>
        </w:rPr>
        <w:t>[$ or %]</w:t>
      </w:r>
      <w:r>
        <w:rPr>
          <w:rFonts w:ascii="Arial" w:hAnsi="Arial"/>
          <w:b w:val="0"/>
        </w:rPr>
        <w:t xml:space="preserve"> when you book, and it comes off your bill on the day. Cancel in time and we refund it in full. Cancel late or don't arrive, and the fee above comes out of it; we refund anything left over.</w:t>
      </w:r>
    </w:p>
    <w:p>
      <w:pPr>
        <w:spacing w:after="40" w:before="120"/>
      </w:pPr>
      <w:r>
        <w:rPr>
          <w:rFonts w:ascii="Arial" w:hAnsi="Arial"/>
          <w:b/>
          <w:sz w:val="22"/>
        </w:rPr>
        <w:t>4. A card saved when you book</w:t>
      </w:r>
    </w:p>
    <w:p>
      <w:pPr>
        <w:spacing w:after="80"/>
      </w:pPr>
      <w:r>
        <w:rPr>
          <w:rFonts w:ascii="Arial" w:hAnsi="Arial"/>
          <w:b w:val="0"/>
        </w:rPr>
        <w:t>If we save your card when you book, we don't charge it then. We only use it for a late cancellation or no-show fee, and we'll tell you before we charge it.</w:t>
      </w:r>
    </w:p>
    <w:p>
      <w:pPr>
        <w:spacing w:after="40" w:before="120"/>
      </w:pPr>
      <w:r>
        <w:rPr>
          <w:rFonts w:ascii="Arial" w:hAnsi="Arial"/>
          <w:b/>
          <w:sz w:val="22"/>
        </w:rPr>
        <w:t>5. Running late</w:t>
      </w:r>
    </w:p>
    <w:p>
      <w:pPr>
        <w:spacing w:after="80"/>
      </w:pPr>
      <w:r>
        <w:rPr>
          <w:rFonts w:ascii="Arial" w:hAnsi="Arial"/>
          <w:b w:val="0"/>
        </w:rPr>
        <w:t xml:space="preserve">If you arrive more than </w:t>
      </w:r>
      <w:r>
        <w:rPr>
          <w:rFonts w:ascii="Arial" w:hAnsi="Arial"/>
          <w:b w:val="0"/>
          <w:shd w:val="clear" w:color="auto" w:fill="DCEBF0"/>
        </w:rPr>
        <w:t>[15]</w:t>
      </w:r>
      <w:r>
        <w:rPr>
          <w:rFonts w:ascii="Arial" w:hAnsi="Arial"/>
          <w:b w:val="0"/>
        </w:rPr>
        <w:t xml:space="preserve"> minutes late, we may need to shorten your service or move it to another time, so the next client isn't kept waiting.</w:t>
      </w:r>
    </w:p>
    <w:p>
      <w:pPr>
        <w:spacing w:after="40" w:before="120"/>
      </w:pPr>
      <w:r>
        <w:rPr>
          <w:rFonts w:ascii="Arial" w:hAnsi="Arial"/>
          <w:b/>
          <w:sz w:val="22"/>
        </w:rPr>
        <w:t>6. If we need to cancel</w:t>
      </w:r>
    </w:p>
    <w:p>
      <w:pPr>
        <w:spacing w:after="80"/>
      </w:pPr>
      <w:r>
        <w:rPr>
          <w:rFonts w:ascii="Arial" w:hAnsi="Arial"/>
          <w:b w:val="0"/>
        </w:rPr>
        <w:t>If we have to cancel or move your appointment, we'll tell you as soon as we can. You won't pay a fee, and we'll refund any deposit in full or keep it for your new time, whichever you prefer.</w:t>
      </w:r>
    </w:p>
    <w:p>
      <w:pPr>
        <w:spacing w:after="40" w:before="120"/>
      </w:pPr>
      <w:r>
        <w:rPr>
          <w:rFonts w:ascii="Arial" w:hAnsi="Arial"/>
          <w:b/>
          <w:sz w:val="22"/>
        </w:rPr>
        <w:t>7. Illness and emergencies</w:t>
      </w:r>
    </w:p>
    <w:p>
      <w:pPr>
        <w:spacing w:after="80"/>
      </w:pPr>
      <w:r>
        <w:rPr>
          <w:rFonts w:ascii="Arial" w:hAnsi="Arial"/>
          <w:b w:val="0"/>
        </w:rPr>
        <w:t>If illness or an emergency stops you coming, call us and we'll talk it through.</w:t>
      </w:r>
    </w:p>
    <w:p>
      <w:pPr>
        <w:spacing w:before="280"/>
      </w:pPr>
      <w:r>
        <w:rPr>
          <w:rFonts w:ascii="Arial" w:hAnsi="Arial"/>
          <w:b w:val="0"/>
          <w:color w:val="5B666B"/>
          <w:sz w:val="19"/>
        </w:rPr>
        <w:t>This policy doesn't affect your rights under the Australian Consumer Law.</w:t>
      </w:r>
    </w:p>
    <w:p>
      <w:r>
        <w:br w:type="page"/>
      </w:r>
    </w:p>
    <w:p>
      <w:pPr>
        <w:spacing w:after="40"/>
      </w:pPr>
      <w:r>
        <w:rPr>
          <w:rFonts w:ascii="Arial" w:hAnsi="Arial"/>
          <w:b/>
          <w:color w:val="2F6F7E"/>
          <w:sz w:val="16"/>
        </w:rPr>
        <w:t>RESTAURANTS, CAFÉS AND BARS</w:t>
      </w:r>
    </w:p>
    <w:p>
      <w:pPr>
        <w:spacing w:after="0"/>
      </w:pPr>
      <w:r>
        <w:rPr>
          <w:rFonts w:ascii="Arial" w:hAnsi="Arial"/>
          <w:b w:val="0"/>
          <w:color w:val="5B666B"/>
          <w:sz w:val="22"/>
          <w:shd w:val="clear" w:color="auto" w:fill="DCEBF0"/>
        </w:rPr>
        <w:t>[Business name]</w:t>
      </w:r>
    </w:p>
    <w:p>
      <w:pPr>
        <w:spacing w:after="160"/>
      </w:pPr>
      <w:r>
        <w:rPr>
          <w:rFonts w:ascii="Georgia" w:hAnsi="Georgia"/>
          <w:b w:val="0"/>
          <w:sz w:val="60"/>
        </w:rPr>
        <w:t>Cancellation policy</w:t>
      </w:r>
    </w:p>
    <w:p>
      <w:pPr>
        <w:spacing w:after="240"/>
      </w:pPr>
      <w:r>
        <w:rPr>
          <w:rFonts w:ascii="Arial" w:hAnsi="Arial"/>
          <w:b w:val="0"/>
          <w:color w:val="5B666B"/>
          <w:sz w:val="22"/>
        </w:rPr>
        <w:t>We hold your table for you and turn other guests away to do it, so please tell us early if your plans change.</w:t>
      </w:r>
    </w:p>
    <w:p>
      <w:pPr>
        <w:spacing w:after="40" w:before="120"/>
      </w:pPr>
      <w:r>
        <w:rPr>
          <w:rFonts w:ascii="Arial" w:hAnsi="Arial"/>
          <w:b/>
          <w:sz w:val="22"/>
        </w:rPr>
        <w:t>1. Changing or cancelling</w:t>
      </w:r>
    </w:p>
    <w:p>
      <w:pPr>
        <w:spacing w:after="80"/>
      </w:pPr>
      <w:r>
        <w:rPr>
          <w:rFonts w:ascii="Arial" w:hAnsi="Arial"/>
          <w:b w:val="0"/>
        </w:rPr>
        <w:t xml:space="preserve">You can cancel your booking, or change the time or the number of guests, free of charge up to </w:t>
      </w:r>
      <w:r>
        <w:rPr>
          <w:rFonts w:ascii="Arial" w:hAnsi="Arial"/>
          <w:b w:val="0"/>
          <w:shd w:val="clear" w:color="auto" w:fill="DCEBF0"/>
        </w:rPr>
        <w:t>[24]</w:t>
      </w:r>
      <w:r>
        <w:rPr>
          <w:rFonts w:ascii="Arial" w:hAnsi="Arial"/>
          <w:b w:val="0"/>
        </w:rPr>
        <w:t xml:space="preserve"> hours before. Use the link in your confirmation email, or call us on </w:t>
      </w:r>
      <w:r>
        <w:rPr>
          <w:rFonts w:ascii="Arial" w:hAnsi="Arial"/>
          <w:b w:val="0"/>
          <w:shd w:val="clear" w:color="auto" w:fill="DCEBF0"/>
        </w:rPr>
        <w:t>[phone number]</w:t>
      </w:r>
      <w:r>
        <w:rPr>
          <w:rFonts w:ascii="Arial" w:hAnsi="Arial"/>
          <w:b w:val="0"/>
        </w:rPr>
        <w:t>.</w:t>
      </w:r>
    </w:p>
    <w:p>
      <w:pPr>
        <w:spacing w:after="40" w:before="120"/>
      </w:pPr>
      <w:r>
        <w:rPr>
          <w:rFonts w:ascii="Arial" w:hAnsi="Arial"/>
          <w:b/>
          <w:sz w:val="22"/>
        </w:rPr>
        <w:t>2. Groups</w:t>
      </w:r>
    </w:p>
    <w:p>
      <w:pPr>
        <w:spacing w:after="80"/>
      </w:pPr>
      <w:r>
        <w:rPr>
          <w:rFonts w:ascii="Arial" w:hAnsi="Arial"/>
          <w:b w:val="0"/>
        </w:rPr>
        <w:t xml:space="preserve">Bookings for </w:t>
      </w:r>
      <w:r>
        <w:rPr>
          <w:rFonts w:ascii="Arial" w:hAnsi="Arial"/>
          <w:b w:val="0"/>
          <w:shd w:val="clear" w:color="auto" w:fill="DCEBF0"/>
        </w:rPr>
        <w:t>[8]</w:t>
      </w:r>
      <w:r>
        <w:rPr>
          <w:rFonts w:ascii="Arial" w:hAnsi="Arial"/>
          <w:b w:val="0"/>
        </w:rPr>
        <w:t xml:space="preserve"> or more guests need </w:t>
      </w:r>
      <w:r>
        <w:rPr>
          <w:rFonts w:ascii="Arial" w:hAnsi="Arial"/>
          <w:b w:val="0"/>
          <w:shd w:val="clear" w:color="auto" w:fill="DCEBF0"/>
        </w:rPr>
        <w:t>[48]</w:t>
      </w:r>
      <w:r>
        <w:rPr>
          <w:rFonts w:ascii="Arial" w:hAnsi="Arial"/>
          <w:b w:val="0"/>
        </w:rPr>
        <w:t xml:space="preserve"> hours' notice to cancel or reduce numbers, and a deposit of $</w:t>
      </w:r>
      <w:r>
        <w:rPr>
          <w:rFonts w:ascii="Arial" w:hAnsi="Arial"/>
          <w:b w:val="0"/>
          <w:shd w:val="clear" w:color="auto" w:fill="DCEBF0"/>
        </w:rPr>
        <w:t>[20]</w:t>
      </w:r>
      <w:r>
        <w:rPr>
          <w:rFonts w:ascii="Arial" w:hAnsi="Arial"/>
          <w:b w:val="0"/>
        </w:rPr>
        <w:t xml:space="preserve"> per guest when you book. The deposit comes off your bill.</w:t>
      </w:r>
    </w:p>
    <w:p>
      <w:pPr>
        <w:spacing w:after="40" w:before="120"/>
      </w:pPr>
      <w:r>
        <w:rPr>
          <w:rFonts w:ascii="Arial" w:hAnsi="Arial"/>
          <w:b/>
          <w:sz w:val="22"/>
        </w:rPr>
        <w:t>3. Late cancellations and no-shows</w:t>
      </w:r>
    </w:p>
    <w:p>
      <w:pPr>
        <w:spacing w:after="80"/>
      </w:pPr>
      <w:r>
        <w:rPr>
          <w:rFonts w:ascii="Arial" w:hAnsi="Arial"/>
          <w:b w:val="0"/>
        </w:rPr>
        <w:t xml:space="preserve">If you cancel less than </w:t>
      </w:r>
      <w:r>
        <w:rPr>
          <w:rFonts w:ascii="Arial" w:hAnsi="Arial"/>
          <w:b w:val="0"/>
          <w:shd w:val="clear" w:color="auto" w:fill="DCEBF0"/>
        </w:rPr>
        <w:t>[24]</w:t>
      </w:r>
      <w:r>
        <w:rPr>
          <w:rFonts w:ascii="Arial" w:hAnsi="Arial"/>
          <w:b w:val="0"/>
        </w:rPr>
        <w:t xml:space="preserve"> hours before, or you don't arrive, </w:t>
      </w:r>
      <w:r>
        <w:rPr>
          <w:rFonts w:ascii="Arial" w:hAnsi="Arial"/>
          <w:b w:val="0"/>
          <w:shd w:val="clear" w:color="auto" w:fill="DCEBF0"/>
        </w:rPr>
        <w:t>[we keep your deposit / we charge $20 per guest to the card you saved when booking]</w:t>
      </w:r>
      <w:r>
        <w:rPr>
          <w:rFonts w:ascii="Arial" w:hAnsi="Arial"/>
          <w:b w:val="0"/>
        </w:rPr>
        <w:t>.</w:t>
      </w:r>
    </w:p>
    <w:p>
      <w:pPr>
        <w:spacing w:after="40" w:before="120"/>
      </w:pPr>
      <w:r>
        <w:rPr>
          <w:rFonts w:ascii="Arial" w:hAnsi="Arial"/>
          <w:b/>
          <w:sz w:val="22"/>
        </w:rPr>
        <w:t>4. Fewer guests on the day</w:t>
      </w:r>
    </w:p>
    <w:p>
      <w:pPr>
        <w:spacing w:after="80"/>
      </w:pPr>
      <w:r>
        <w:rPr>
          <w:rFonts w:ascii="Arial" w:hAnsi="Arial"/>
          <w:b w:val="0"/>
        </w:rPr>
        <w:t xml:space="preserve">If fewer guests arrive than you booked for, </w:t>
      </w:r>
      <w:r>
        <w:rPr>
          <w:rFonts w:ascii="Arial" w:hAnsi="Arial"/>
          <w:b w:val="0"/>
          <w:shd w:val="clear" w:color="auto" w:fill="DCEBF0"/>
        </w:rPr>
        <w:t>[we may charge $20 for each missing guest / we may move you to a smaller table]</w:t>
      </w:r>
      <w:r>
        <w:rPr>
          <w:rFonts w:ascii="Arial" w:hAnsi="Arial"/>
          <w:b w:val="0"/>
        </w:rPr>
        <w:t>.</w:t>
      </w:r>
    </w:p>
    <w:p>
      <w:pPr>
        <w:spacing w:after="40" w:before="120"/>
      </w:pPr>
      <w:r>
        <w:rPr>
          <w:rFonts w:ascii="Arial" w:hAnsi="Arial"/>
          <w:b/>
          <w:sz w:val="22"/>
        </w:rPr>
        <w:t>5. Running late</w:t>
      </w:r>
    </w:p>
    <w:p>
      <w:pPr>
        <w:spacing w:after="80"/>
      </w:pPr>
      <w:r>
        <w:rPr>
          <w:rFonts w:ascii="Arial" w:hAnsi="Arial"/>
          <w:b w:val="0"/>
        </w:rPr>
        <w:t xml:space="preserve">We hold your table for </w:t>
      </w:r>
      <w:r>
        <w:rPr>
          <w:rFonts w:ascii="Arial" w:hAnsi="Arial"/>
          <w:b w:val="0"/>
          <w:shd w:val="clear" w:color="auto" w:fill="DCEBF0"/>
        </w:rPr>
        <w:t>[15]</w:t>
      </w:r>
      <w:r>
        <w:rPr>
          <w:rFonts w:ascii="Arial" w:hAnsi="Arial"/>
          <w:b w:val="0"/>
        </w:rPr>
        <w:t xml:space="preserve"> minutes. If you're running late, call us and we'll do our best to keep it.</w:t>
      </w:r>
    </w:p>
    <w:p>
      <w:pPr>
        <w:spacing w:after="40" w:before="120"/>
      </w:pPr>
      <w:r>
        <w:rPr>
          <w:rFonts w:ascii="Arial" w:hAnsi="Arial"/>
          <w:b/>
          <w:sz w:val="22"/>
        </w:rPr>
        <w:t>6. Set menus and events</w:t>
      </w:r>
    </w:p>
    <w:p>
      <w:pPr>
        <w:spacing w:after="80"/>
      </w:pPr>
      <w:r>
        <w:rPr>
          <w:rFonts w:ascii="Arial" w:hAnsi="Arial"/>
          <w:b w:val="0"/>
        </w:rPr>
        <w:t xml:space="preserve">Set menus, special events and ticketed nights are paid in full when you book, and can be refunded up to </w:t>
      </w:r>
      <w:r>
        <w:rPr>
          <w:rFonts w:ascii="Arial" w:hAnsi="Arial"/>
          <w:b w:val="0"/>
          <w:shd w:val="clear" w:color="auto" w:fill="DCEBF0"/>
        </w:rPr>
        <w:t>[7]</w:t>
      </w:r>
      <w:r>
        <w:rPr>
          <w:rFonts w:ascii="Arial" w:hAnsi="Arial"/>
          <w:b w:val="0"/>
        </w:rPr>
        <w:t xml:space="preserve"> days before.</w:t>
      </w:r>
    </w:p>
    <w:p>
      <w:pPr>
        <w:spacing w:after="40" w:before="120"/>
      </w:pPr>
      <w:r>
        <w:rPr>
          <w:rFonts w:ascii="Arial" w:hAnsi="Arial"/>
          <w:b/>
          <w:sz w:val="22"/>
        </w:rPr>
        <w:t>7. If we need to cancel</w:t>
      </w:r>
    </w:p>
    <w:p>
      <w:pPr>
        <w:spacing w:after="80"/>
      </w:pPr>
      <w:r>
        <w:rPr>
          <w:rFonts w:ascii="Arial" w:hAnsi="Arial"/>
          <w:b w:val="0"/>
        </w:rPr>
        <w:t>If we have to cancel your booking, we'll tell you as soon as we can and refund any deposit or prepayment in full.</w:t>
      </w:r>
    </w:p>
    <w:p>
      <w:pPr>
        <w:spacing w:before="280"/>
      </w:pPr>
      <w:r>
        <w:rPr>
          <w:rFonts w:ascii="Arial" w:hAnsi="Arial"/>
          <w:b w:val="0"/>
          <w:color w:val="5B666B"/>
          <w:sz w:val="19"/>
        </w:rPr>
        <w:t>This policy doesn't affect your rights under the Australian Consumer Law.</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olor w:val="15191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Cancellation policy template</dc:title>
  <dc:subject/>
  <dc:creator>Gaplessly</dc:creator>
  <cp:keywords/>
  <dc:description>Free template from gaplessly.com</dc:description>
  <cp:lastModifiedBy/>
  <cp:revision>1</cp:revision>
  <dcterms:created xsi:type="dcterms:W3CDTF">2013-12-23T23:15:00Z</dcterms:created>
  <dcterms:modified xsi:type="dcterms:W3CDTF">2013-12-23T23:15:00Z</dcterms:modified>
  <cp:category/>
</cp:coreProperties>
</file>