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989" w:hRule="exact"/>
        </w:trPr>
        <w:tc>
          <w:tcPr>
            <w:tcW w:type="dxa" w:w="2835"/>
            <w:tcBorders>
              <w:top w:val="nil"/>
              <w:left w:val="nil"/>
              <w:bottom w:val="dashed" w:sz="6" w:color="B9C1C5"/>
              <w:right w:val="nil"/>
            </w:tcBorders>
            <w:shd w:val="clear" w:color="auto" w:fill="F3F5F6"/>
            <w:tcMar>
              <w:top w:w="340" w:type="dxa"/>
              <w:left w:w="283" w:type="dxa"/>
              <w:bottom w:w="226" w:type="dxa"/>
              <w:right w:w="283" w:type="dxa"/>
            </w:tcMar>
          </w:tcPr>
          <w:p>
            <w:pPr>
              <w:spacing w:before="80" w:after="0"/>
              <w:jc w:val="center"/>
            </w:pPr>
            <w:r>
              <w:rPr>
                <w:rFonts w:ascii="Arial" w:hAnsi="Arial"/>
                <w:b w:val="0"/>
                <w:color w:val="5B666B"/>
                <w:sz w:val="18"/>
                <w:shd w:val="clear" w:color="auto" w:fill="DCEBF0"/>
              </w:rPr>
              <w:t>[Your logo or business name]</w:t>
            </w:r>
          </w:p>
          <w:p>
            <w:pPr>
              <w:spacing w:before="680" w:after="0"/>
            </w:pPr>
            <w:r>
              <w:rPr>
                <w:rFonts w:ascii="Arial" w:hAnsi="Arial"/>
                <w:b/>
                <w:color w:val="5B666B"/>
                <w:sz w:val="15"/>
              </w:rPr>
              <w:t>VALUE</w:t>
            </w:r>
          </w:p>
          <w:p>
            <w:pPr>
              <w:spacing w:before="40" w:after="0"/>
            </w:pPr>
            <w:r>
              <w:rPr>
                <w:rFonts w:ascii="Georgia" w:hAnsi="Georgia"/>
                <w:b w:val="0"/>
                <w:color w:val="15191B"/>
                <w:sz w:val="52"/>
              </w:rPr>
              <w:t>$</w:t>
            </w:r>
            <w:r>
              <w:rPr>
                <w:rFonts w:ascii="Georgia" w:hAnsi="Georgia"/>
                <w:b w:val="0"/>
                <w:color w:val="15191B"/>
                <w:sz w:val="40"/>
                <w:shd w:val="clear" w:color="auto" w:fill="DCEBF0"/>
              </w:rPr>
              <w:t>[      ]</w:t>
            </w:r>
          </w:p>
          <w:p>
            <w:pPr>
              <w:spacing w:before="400" w:after="0"/>
            </w:pPr>
            <w:r>
              <w:rPr>
                <w:rFonts w:ascii="Arial" w:hAnsi="Arial"/>
                <w:b w:val="0"/>
                <w:color w:val="5B666B"/>
                <w:sz w:val="17"/>
              </w:rPr>
              <w:t xml:space="preserve">Voucher no.  </w:t>
            </w: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        ]</w:t>
            </w:r>
          </w:p>
        </w:tc>
        <w:tc>
          <w:tcPr>
            <w:tcW w:type="dxa" w:w="340"/>
            <w:tcBorders>
              <w:top w:val="nil"/>
              <w:left w:val="nil"/>
              <w:bottom w:val="dashed" w:sz="6" w:color="B9C1C5"/>
              <w:right w:val="nil"/>
            </w:tcBorders>
          </w:tcPr>
          <w:p/>
        </w:tc>
        <w:tc>
          <w:tcPr>
            <w:tcW w:type="dxa" w:w="7370"/>
            <w:tcBorders>
              <w:top w:val="nil"/>
              <w:left w:val="nil"/>
              <w:bottom w:val="dashed" w:sz="6" w:color="B9C1C5"/>
              <w:right w:val="nil"/>
            </w:tcBorders>
            <w:tcMar>
              <w:top w:w="340" w:type="dxa"/>
              <w:left w:w="56" w:type="dxa"/>
              <w:bottom w:w="226" w:type="dxa"/>
              <w:right w:w="113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6F7E"/>
                <w:sz w:val="15"/>
              </w:rPr>
              <w:t>A GIFT FOR YOU</w:t>
            </w:r>
          </w:p>
          <w:p>
            <w:pPr>
              <w:spacing w:before="20" w:after="0"/>
            </w:pPr>
            <w:r>
              <w:rPr>
                <w:rFonts w:ascii="Georgia" w:hAnsi="Georgia"/>
                <w:b w:val="0"/>
                <w:color w:val="15191B"/>
                <w:sz w:val="60"/>
              </w:rPr>
              <w:t>Gift voucher</w:t>
            </w:r>
          </w:p>
          <w:p>
            <w:pPr>
              <w:spacing w:before="16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From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Valid 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Issued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]</w:t>
            </w:r>
            <w:r>
              <w:rPr>
                <w:rFonts w:ascii="Arial" w:hAnsi="Arial"/>
                <w:b/>
                <w:color w:val="15191B"/>
                <w:sz w:val="19"/>
              </w:rPr>
              <w:t xml:space="preserve">      Expires  </w:t>
            </w:r>
            <w:r>
              <w:rPr>
                <w:rFonts w:ascii="Arial" w:hAnsi="Arial"/>
                <w:b/>
                <w:color w:val="15191B"/>
                <w:sz w:val="19"/>
                <w:shd w:val="clear" w:color="auto" w:fill="DCEBF0"/>
              </w:rPr>
              <w:t>[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Message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80" w:after="0"/>
            </w:pPr>
            <w:r>
              <w:rPr>
                <w:rFonts w:ascii="Arial" w:hAnsi="Arial"/>
                <w:b w:val="0"/>
                <w:color w:val="5B666B"/>
                <w:sz w:val="14"/>
              </w:rPr>
              <w:t>To use this voucher, book and quote its number. Not redeemable for cash. Valid until the expiry date shown, which is at least 3 years from the date it was bought.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989" w:hRule="exact"/>
        </w:trPr>
        <w:tc>
          <w:tcPr>
            <w:tcW w:type="dxa" w:w="2835"/>
            <w:tcBorders>
              <w:top w:val="nil"/>
              <w:left w:val="nil"/>
              <w:bottom w:val="dashed" w:sz="6" w:color="B9C1C5"/>
              <w:right w:val="nil"/>
            </w:tcBorders>
            <w:shd w:val="clear" w:color="auto" w:fill="F3F5F6"/>
            <w:tcMar>
              <w:top w:w="340" w:type="dxa"/>
              <w:left w:w="283" w:type="dxa"/>
              <w:bottom w:w="226" w:type="dxa"/>
              <w:right w:w="283" w:type="dxa"/>
            </w:tcMar>
          </w:tcPr>
          <w:p>
            <w:pPr>
              <w:spacing w:before="80" w:after="0"/>
              <w:jc w:val="center"/>
            </w:pPr>
            <w:r>
              <w:rPr>
                <w:rFonts w:ascii="Arial" w:hAnsi="Arial"/>
                <w:b w:val="0"/>
                <w:color w:val="5B666B"/>
                <w:sz w:val="18"/>
                <w:shd w:val="clear" w:color="auto" w:fill="DCEBF0"/>
              </w:rPr>
              <w:t>[Your logo or business name]</w:t>
            </w:r>
          </w:p>
          <w:p>
            <w:pPr>
              <w:spacing w:before="680" w:after="0"/>
            </w:pPr>
            <w:r>
              <w:rPr>
                <w:rFonts w:ascii="Arial" w:hAnsi="Arial"/>
                <w:b/>
                <w:color w:val="5B666B"/>
                <w:sz w:val="15"/>
              </w:rPr>
              <w:t>VALUE</w:t>
            </w:r>
          </w:p>
          <w:p>
            <w:pPr>
              <w:spacing w:before="40" w:after="0"/>
            </w:pPr>
            <w:r>
              <w:rPr>
                <w:rFonts w:ascii="Georgia" w:hAnsi="Georgia"/>
                <w:b w:val="0"/>
                <w:color w:val="15191B"/>
                <w:sz w:val="52"/>
              </w:rPr>
              <w:t>$</w:t>
            </w:r>
            <w:r>
              <w:rPr>
                <w:rFonts w:ascii="Georgia" w:hAnsi="Georgia"/>
                <w:b w:val="0"/>
                <w:color w:val="15191B"/>
                <w:sz w:val="40"/>
                <w:shd w:val="clear" w:color="auto" w:fill="DCEBF0"/>
              </w:rPr>
              <w:t>[      ]</w:t>
            </w:r>
          </w:p>
          <w:p>
            <w:pPr>
              <w:spacing w:before="400" w:after="0"/>
            </w:pPr>
            <w:r>
              <w:rPr>
                <w:rFonts w:ascii="Arial" w:hAnsi="Arial"/>
                <w:b w:val="0"/>
                <w:color w:val="5B666B"/>
                <w:sz w:val="17"/>
              </w:rPr>
              <w:t xml:space="preserve">Voucher no.  </w:t>
            </w: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        ]</w:t>
            </w:r>
          </w:p>
        </w:tc>
        <w:tc>
          <w:tcPr>
            <w:tcW w:type="dxa" w:w="340"/>
            <w:tcBorders>
              <w:top w:val="nil"/>
              <w:left w:val="nil"/>
              <w:bottom w:val="dashed" w:sz="6" w:color="B9C1C5"/>
              <w:right w:val="nil"/>
            </w:tcBorders>
          </w:tcPr>
          <w:p/>
        </w:tc>
        <w:tc>
          <w:tcPr>
            <w:tcW w:type="dxa" w:w="7370"/>
            <w:tcBorders>
              <w:top w:val="nil"/>
              <w:left w:val="nil"/>
              <w:bottom w:val="dashed" w:sz="6" w:color="B9C1C5"/>
              <w:right w:val="nil"/>
            </w:tcBorders>
            <w:tcMar>
              <w:top w:w="340" w:type="dxa"/>
              <w:left w:w="56" w:type="dxa"/>
              <w:bottom w:w="226" w:type="dxa"/>
              <w:right w:w="113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6F7E"/>
                <w:sz w:val="15"/>
              </w:rPr>
              <w:t>A GIFT FOR YOU</w:t>
            </w:r>
          </w:p>
          <w:p>
            <w:pPr>
              <w:spacing w:before="20" w:after="0"/>
            </w:pPr>
            <w:r>
              <w:rPr>
                <w:rFonts w:ascii="Georgia" w:hAnsi="Georgia"/>
                <w:b w:val="0"/>
                <w:color w:val="15191B"/>
                <w:sz w:val="60"/>
              </w:rPr>
              <w:t>Gift voucher</w:t>
            </w:r>
          </w:p>
          <w:p>
            <w:pPr>
              <w:spacing w:before="16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From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Valid 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Issued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]</w:t>
            </w:r>
            <w:r>
              <w:rPr>
                <w:rFonts w:ascii="Arial" w:hAnsi="Arial"/>
                <w:b/>
                <w:color w:val="15191B"/>
                <w:sz w:val="19"/>
              </w:rPr>
              <w:t xml:space="preserve">      Expires  </w:t>
            </w:r>
            <w:r>
              <w:rPr>
                <w:rFonts w:ascii="Arial" w:hAnsi="Arial"/>
                <w:b/>
                <w:color w:val="15191B"/>
                <w:sz w:val="19"/>
                <w:shd w:val="clear" w:color="auto" w:fill="DCEBF0"/>
              </w:rPr>
              <w:t>[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Message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80" w:after="0"/>
            </w:pPr>
            <w:r>
              <w:rPr>
                <w:rFonts w:ascii="Arial" w:hAnsi="Arial"/>
                <w:b w:val="0"/>
                <w:color w:val="5B666B"/>
                <w:sz w:val="14"/>
              </w:rPr>
              <w:t>To use this voucher, book and quote its number. Not redeemable for cash. Valid until the expiry date shown, which is at least 3 years from the date it was bought.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989" w:hRule="exac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F3F5F6"/>
            <w:tcMar>
              <w:top w:w="340" w:type="dxa"/>
              <w:left w:w="283" w:type="dxa"/>
              <w:bottom w:w="226" w:type="dxa"/>
              <w:right w:w="283" w:type="dxa"/>
            </w:tcMar>
          </w:tcPr>
          <w:p>
            <w:pPr>
              <w:spacing w:before="80" w:after="0"/>
              <w:jc w:val="center"/>
            </w:pPr>
            <w:r>
              <w:rPr>
                <w:rFonts w:ascii="Arial" w:hAnsi="Arial"/>
                <w:b w:val="0"/>
                <w:color w:val="5B666B"/>
                <w:sz w:val="18"/>
                <w:shd w:val="clear" w:color="auto" w:fill="DCEBF0"/>
              </w:rPr>
              <w:t>[Your logo or business name]</w:t>
            </w:r>
          </w:p>
          <w:p>
            <w:pPr>
              <w:spacing w:before="680" w:after="0"/>
            </w:pPr>
            <w:r>
              <w:rPr>
                <w:rFonts w:ascii="Arial" w:hAnsi="Arial"/>
                <w:b/>
                <w:color w:val="5B666B"/>
                <w:sz w:val="15"/>
              </w:rPr>
              <w:t>VALUE</w:t>
            </w:r>
          </w:p>
          <w:p>
            <w:pPr>
              <w:spacing w:before="40" w:after="0"/>
            </w:pPr>
            <w:r>
              <w:rPr>
                <w:rFonts w:ascii="Georgia" w:hAnsi="Georgia"/>
                <w:b w:val="0"/>
                <w:color w:val="15191B"/>
                <w:sz w:val="52"/>
              </w:rPr>
              <w:t>$</w:t>
            </w:r>
            <w:r>
              <w:rPr>
                <w:rFonts w:ascii="Georgia" w:hAnsi="Georgia"/>
                <w:b w:val="0"/>
                <w:color w:val="15191B"/>
                <w:sz w:val="40"/>
                <w:shd w:val="clear" w:color="auto" w:fill="DCEBF0"/>
              </w:rPr>
              <w:t>[      ]</w:t>
            </w:r>
          </w:p>
          <w:p>
            <w:pPr>
              <w:spacing w:before="400" w:after="0"/>
            </w:pPr>
            <w:r>
              <w:rPr>
                <w:rFonts w:ascii="Arial" w:hAnsi="Arial"/>
                <w:b w:val="0"/>
                <w:color w:val="5B666B"/>
                <w:sz w:val="17"/>
              </w:rPr>
              <w:t xml:space="preserve">Voucher no.  </w:t>
            </w: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        ]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7370"/>
            <w:tcBorders>
              <w:top w:val="nil"/>
              <w:left w:val="nil"/>
              <w:bottom w:val="nil"/>
              <w:right w:val="nil"/>
            </w:tcBorders>
            <w:tcMar>
              <w:top w:w="340" w:type="dxa"/>
              <w:left w:w="56" w:type="dxa"/>
              <w:bottom w:w="226" w:type="dxa"/>
              <w:right w:w="113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F6F7E"/>
                <w:sz w:val="15"/>
              </w:rPr>
              <w:t>A GIFT FOR YOU</w:t>
            </w:r>
          </w:p>
          <w:p>
            <w:pPr>
              <w:spacing w:before="20" w:after="0"/>
            </w:pPr>
            <w:r>
              <w:rPr>
                <w:rFonts w:ascii="Georgia" w:hAnsi="Georgia"/>
                <w:b w:val="0"/>
                <w:color w:val="15191B"/>
                <w:sz w:val="60"/>
              </w:rPr>
              <w:t>Gift voucher</w:t>
            </w:r>
          </w:p>
          <w:p>
            <w:pPr>
              <w:spacing w:before="16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From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Valid for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Issued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]</w:t>
            </w:r>
            <w:r>
              <w:rPr>
                <w:rFonts w:ascii="Arial" w:hAnsi="Arial"/>
                <w:b/>
                <w:color w:val="15191B"/>
                <w:sz w:val="19"/>
              </w:rPr>
              <w:t xml:space="preserve">      Expires  </w:t>
            </w:r>
            <w:r>
              <w:rPr>
                <w:rFonts w:ascii="Arial" w:hAnsi="Arial"/>
                <w:b/>
                <w:color w:val="15191B"/>
                <w:sz w:val="19"/>
                <w:shd w:val="clear" w:color="auto" w:fill="DCEBF0"/>
              </w:rPr>
              <w:t>[              ]</w:t>
            </w:r>
          </w:p>
          <w:p>
            <w:pPr>
              <w:spacing w:before="140" w:after="0"/>
            </w:pPr>
            <w:r>
              <w:rPr>
                <w:rFonts w:ascii="Arial" w:hAnsi="Arial"/>
                <w:b w:val="0"/>
                <w:color w:val="5B666B"/>
                <w:sz w:val="19"/>
              </w:rPr>
              <w:t xml:space="preserve">Message  </w:t>
            </w:r>
            <w:r>
              <w:rPr>
                <w:rFonts w:ascii="Arial" w:hAnsi="Arial"/>
                <w:b w:val="0"/>
                <w:color w:val="15191B"/>
                <w:sz w:val="19"/>
                <w:shd w:val="clear" w:color="auto" w:fill="DCEBF0"/>
              </w:rPr>
              <w:t>[                                                  ]</w:t>
            </w:r>
          </w:p>
          <w:p>
            <w:pPr>
              <w:spacing w:before="180" w:after="0"/>
            </w:pPr>
            <w:r>
              <w:rPr>
                <w:rFonts w:ascii="Arial" w:hAnsi="Arial"/>
                <w:b w:val="0"/>
                <w:color w:val="5B666B"/>
                <w:sz w:val="14"/>
              </w:rPr>
              <w:t>To use this voucher, book and quote its number. Not redeemable for cash. Valid until the expiry date shown, which is at least 3 years from the date it was bought.</w:t>
            </w:r>
          </w:p>
          <w:p>
            <w:pPr>
              <w:spacing w:before="120" w:after="0"/>
            </w:pPr>
            <w:r>
              <w:rPr>
                <w:rFonts w:ascii="Arial" w:hAnsi="Arial"/>
                <w:b w:val="0"/>
                <w:color w:val="5B666B"/>
                <w:sz w:val="13"/>
              </w:rPr>
              <w:t>Type over the shaded parts, print at 100% on A4 and cut along the dashed lines. Free template from gaplessly.com</w:t>
            </w:r>
          </w:p>
        </w:tc>
      </w:tr>
    </w:tbl>
    <w:p>
      <w:pPr>
        <w:spacing w:after="0" w:line="20" w:lineRule="exact"/>
      </w:pP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519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voucher template</dc:title>
  <dc:subject/>
  <dc:creator>Gaplessly</dc:creator>
  <cp:keywords/>
  <dc:description>Free template from gaplessly.com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