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F3F5F6"/>
          </w:tcPr>
          <w:p>
            <w:r>
              <w:rPr>
                <w:rFonts w:ascii="Arial" w:hAnsi="Arial"/>
                <w:b/>
                <w:sz w:val="19"/>
              </w:rPr>
              <w:t>Salon price list template from gaplessly.com. How to use it (delete this box when you're done):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•  Replace every shaded part, rename or delete the services you don't offer, and add your own.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•  To add a service, click in the last price on a list and press Tab: Word adds a new row.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•  Keep the hair page, the beauty page or both. Change the group names to suit your menu.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•  Use the same service names and prices on your booking page, so clients see one price everywhere.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•  Show the full price, including GST if you're registered. If a price depends on hair length or time, say what changes it.</w:t>
            </w:r>
          </w:p>
        </w:tc>
      </w:tr>
    </w:tbl>
    <w:p>
      <w:pPr>
        <w:spacing w:after="80"/>
      </w:pPr>
    </w:p>
    <w:p>
      <w:pPr>
        <w:spacing w:after="0"/>
      </w:pPr>
      <w:r>
        <w:rPr>
          <w:rFonts w:ascii="Arial" w:hAnsi="Arial"/>
          <w:b w:val="0"/>
          <w:color w:val="5B666B"/>
          <w:sz w:val="22"/>
          <w:shd w:val="clear" w:color="auto" w:fill="DCEBF0"/>
        </w:rPr>
        <w:t>[Business name]</w:t>
      </w:r>
    </w:p>
    <w:p>
      <w:pPr>
        <w:spacing w:after="0"/>
      </w:pPr>
      <w:r>
        <w:rPr>
          <w:rFonts w:ascii="Georgia" w:hAnsi="Georgia"/>
          <w:b w:val="0"/>
          <w:sz w:val="64"/>
        </w:rPr>
        <w:t>Price list</w:t>
      </w:r>
    </w:p>
    <w:p>
      <w:pPr>
        <w:spacing w:after="80"/>
      </w:pPr>
      <w:r>
        <w:rPr>
          <w:rFonts w:ascii="Arial" w:hAnsi="Arial"/>
          <w:b/>
          <w:color w:val="2F6F7E"/>
          <w:sz w:val="16"/>
        </w:rPr>
        <w:t>HAIR</w:t>
      </w:r>
    </w:p>
    <w:p>
      <w:pPr>
        <w:spacing w:after="120"/>
      </w:pPr>
      <w:r>
        <w:rPr>
          <w:rFonts w:ascii="Arial" w:hAnsi="Arial"/>
          <w:b w:val="0"/>
          <w:color w:val="5B666B"/>
          <w:sz w:val="19"/>
          <w:shd w:val="clear" w:color="auto" w:fill="DCEBF0"/>
        </w:rPr>
        <w:t>[Address]</w:t>
      </w:r>
      <w:r>
        <w:rPr>
          <w:rFonts w:ascii="Arial" w:hAnsi="Arial"/>
          <w:b w:val="0"/>
          <w:color w:val="5B666B"/>
          <w:sz w:val="19"/>
        </w:rPr>
        <w:t xml:space="preserve">  ·  </w:t>
      </w:r>
      <w:r>
        <w:rPr>
          <w:rFonts w:ascii="Arial" w:hAnsi="Arial"/>
          <w:b w:val="0"/>
          <w:color w:val="5B666B"/>
          <w:sz w:val="19"/>
          <w:shd w:val="clear" w:color="auto" w:fill="DCEBF0"/>
        </w:rPr>
        <w:t>[Phone]</w:t>
      </w:r>
      <w:r>
        <w:rPr>
          <w:rFonts w:ascii="Arial" w:hAnsi="Arial"/>
          <w:b w:val="0"/>
          <w:color w:val="5B666B"/>
          <w:sz w:val="19"/>
        </w:rPr>
        <w:t xml:space="preserve">  ·  </w:t>
      </w:r>
      <w:r>
        <w:rPr>
          <w:rFonts w:ascii="Arial" w:hAnsi="Arial"/>
          <w:b w:val="0"/>
          <w:color w:val="5B666B"/>
          <w:sz w:val="19"/>
          <w:shd w:val="clear" w:color="auto" w:fill="DCEBF0"/>
        </w:rPr>
        <w:t>[Booking link]</w:t>
      </w:r>
    </w:p>
    <w:p>
      <w:pPr>
        <w:spacing w:after="20" w:before="160"/>
      </w:pPr>
      <w:r>
        <w:rPr>
          <w:rFonts w:ascii="Georgia" w:hAnsi="Georgia"/>
          <w:b w:val="0"/>
          <w:color w:val="2F6F7E"/>
          <w:sz w:val="30"/>
        </w:rPr>
        <w:t>Cuts and styling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374"/>
        </w:trPr>
        <w:tc>
          <w:tcPr>
            <w:tcW w:type="dxa" w:w="6350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5B666B"/>
                <w:sz w:val="15"/>
              </w:rPr>
              <w:t>SERVICE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color w:val="5B666B"/>
                <w:sz w:val="15"/>
              </w:rPr>
              <w:t>TIME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color w:val="5B666B"/>
                <w:sz w:val="15"/>
              </w:rPr>
              <w:t>PRICE</w:t>
            </w:r>
          </w:p>
        </w:tc>
      </w:tr>
      <w:tr>
        <w:trPr>
          <w:trHeight w:val="374"/>
        </w:trPr>
        <w:tc>
          <w:tcPr>
            <w:tcW w:type="dxa" w:w="6350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1"/>
              </w:rPr>
              <w:t>Cut and blow-dry, short hair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 w:val="0"/>
                <w:color w:val="5B666B"/>
                <w:sz w:val="20"/>
                <w:shd w:val="clear" w:color="auto" w:fill="DCEBF0"/>
              </w:rPr>
              <w:t>[min]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sz w:val="21"/>
              </w:rPr>
              <w:t>$</w:t>
            </w:r>
            <w:r>
              <w:rPr>
                <w:rFonts w:ascii="Arial" w:hAnsi="Arial"/>
                <w:b/>
                <w:sz w:val="21"/>
                <w:shd w:val="clear" w:color="auto" w:fill="DCEBF0"/>
              </w:rPr>
              <w:t>[    ]</w:t>
            </w:r>
          </w:p>
        </w:tc>
      </w:tr>
      <w:tr>
        <w:trPr>
          <w:trHeight w:val="374"/>
        </w:trPr>
        <w:tc>
          <w:tcPr>
            <w:tcW w:type="dxa" w:w="6350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1"/>
              </w:rPr>
              <w:t>Cut and blow-dry, long hair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 w:val="0"/>
                <w:color w:val="5B666B"/>
                <w:sz w:val="20"/>
                <w:shd w:val="clear" w:color="auto" w:fill="DCEBF0"/>
              </w:rPr>
              <w:t>[min]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sz w:val="21"/>
              </w:rPr>
              <w:t>$</w:t>
            </w:r>
            <w:r>
              <w:rPr>
                <w:rFonts w:ascii="Arial" w:hAnsi="Arial"/>
                <w:b/>
                <w:sz w:val="21"/>
                <w:shd w:val="clear" w:color="auto" w:fill="DCEBF0"/>
              </w:rPr>
              <w:t>[    ]</w:t>
            </w:r>
          </w:p>
        </w:tc>
      </w:tr>
      <w:tr>
        <w:trPr>
          <w:trHeight w:val="374"/>
        </w:trPr>
        <w:tc>
          <w:tcPr>
            <w:tcW w:type="dxa" w:w="6350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1"/>
              </w:rPr>
              <w:t>Clipper cut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 w:val="0"/>
                <w:color w:val="5B666B"/>
                <w:sz w:val="20"/>
                <w:shd w:val="clear" w:color="auto" w:fill="DCEBF0"/>
              </w:rPr>
              <w:t>[min]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sz w:val="21"/>
              </w:rPr>
              <w:t>$</w:t>
            </w:r>
            <w:r>
              <w:rPr>
                <w:rFonts w:ascii="Arial" w:hAnsi="Arial"/>
                <w:b/>
                <w:sz w:val="21"/>
                <w:shd w:val="clear" w:color="auto" w:fill="DCEBF0"/>
              </w:rPr>
              <w:t>[    ]</w:t>
            </w:r>
          </w:p>
        </w:tc>
      </w:tr>
      <w:tr>
        <w:trPr>
          <w:trHeight w:val="374"/>
        </w:trPr>
        <w:tc>
          <w:tcPr>
            <w:tcW w:type="dxa" w:w="6350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1"/>
              </w:rPr>
              <w:t>Children's cut (under 12)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 w:val="0"/>
                <w:color w:val="5B666B"/>
                <w:sz w:val="20"/>
                <w:shd w:val="clear" w:color="auto" w:fill="DCEBF0"/>
              </w:rPr>
              <w:t>[min]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sz w:val="21"/>
              </w:rPr>
              <w:t>$</w:t>
            </w:r>
            <w:r>
              <w:rPr>
                <w:rFonts w:ascii="Arial" w:hAnsi="Arial"/>
                <w:b/>
                <w:sz w:val="21"/>
                <w:shd w:val="clear" w:color="auto" w:fill="DCEBF0"/>
              </w:rPr>
              <w:t>[    ]</w:t>
            </w:r>
          </w:p>
        </w:tc>
      </w:tr>
      <w:tr>
        <w:trPr>
          <w:trHeight w:val="374"/>
        </w:trPr>
        <w:tc>
          <w:tcPr>
            <w:tcW w:type="dxa" w:w="6350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1"/>
              </w:rPr>
              <w:t>Fringe trim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 w:val="0"/>
                <w:color w:val="5B666B"/>
                <w:sz w:val="20"/>
                <w:shd w:val="clear" w:color="auto" w:fill="DCEBF0"/>
              </w:rPr>
              <w:t>[min]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sz w:val="21"/>
              </w:rPr>
              <w:t>$</w:t>
            </w:r>
            <w:r>
              <w:rPr>
                <w:rFonts w:ascii="Arial" w:hAnsi="Arial"/>
                <w:b/>
                <w:sz w:val="21"/>
                <w:shd w:val="clear" w:color="auto" w:fill="DCEBF0"/>
              </w:rPr>
              <w:t>[    ]</w:t>
            </w:r>
          </w:p>
        </w:tc>
      </w:tr>
      <w:tr>
        <w:trPr>
          <w:trHeight w:val="374"/>
        </w:trPr>
        <w:tc>
          <w:tcPr>
            <w:tcW w:type="dxa" w:w="6350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1"/>
              </w:rPr>
              <w:t>Blow-dry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 w:val="0"/>
                <w:color w:val="5B666B"/>
                <w:sz w:val="20"/>
                <w:shd w:val="clear" w:color="auto" w:fill="DCEBF0"/>
              </w:rPr>
              <w:t>[min]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sz w:val="21"/>
              </w:rPr>
              <w:t>$</w:t>
            </w:r>
            <w:r>
              <w:rPr>
                <w:rFonts w:ascii="Arial" w:hAnsi="Arial"/>
                <w:b/>
                <w:sz w:val="21"/>
                <w:shd w:val="clear" w:color="auto" w:fill="DCEBF0"/>
              </w:rPr>
              <w:t>[    ]</w:t>
            </w:r>
          </w:p>
        </w:tc>
      </w:tr>
      <w:tr>
        <w:trPr>
          <w:trHeight w:val="374"/>
        </w:trPr>
        <w:tc>
          <w:tcPr>
            <w:tcW w:type="dxa" w:w="6350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1"/>
              </w:rPr>
              <w:t>Formal style or up-do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 w:val="0"/>
                <w:color w:val="5B666B"/>
                <w:sz w:val="20"/>
                <w:shd w:val="clear" w:color="auto" w:fill="DCEBF0"/>
              </w:rPr>
              <w:t>[min]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sz w:val="21"/>
              </w:rPr>
              <w:t>$</w:t>
            </w:r>
            <w:r>
              <w:rPr>
                <w:rFonts w:ascii="Arial" w:hAnsi="Arial"/>
                <w:b/>
                <w:sz w:val="21"/>
                <w:shd w:val="clear" w:color="auto" w:fill="DCEBF0"/>
              </w:rPr>
              <w:t>[    ]</w:t>
            </w:r>
          </w:p>
        </w:tc>
      </w:tr>
    </w:tbl>
    <w:p>
      <w:pPr>
        <w:spacing w:after="20" w:before="160"/>
      </w:pPr>
      <w:r>
        <w:rPr>
          <w:rFonts w:ascii="Georgia" w:hAnsi="Georgia"/>
          <w:b w:val="0"/>
          <w:color w:val="2F6F7E"/>
          <w:sz w:val="30"/>
        </w:rPr>
        <w:t>Colour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374"/>
        </w:trPr>
        <w:tc>
          <w:tcPr>
            <w:tcW w:type="dxa" w:w="6350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5B666B"/>
                <w:sz w:val="15"/>
              </w:rPr>
              <w:t>SERVICE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color w:val="5B666B"/>
                <w:sz w:val="15"/>
              </w:rPr>
              <w:t>TIME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color w:val="5B666B"/>
                <w:sz w:val="15"/>
              </w:rPr>
              <w:t>PRICE</w:t>
            </w:r>
          </w:p>
        </w:tc>
      </w:tr>
      <w:tr>
        <w:trPr>
          <w:trHeight w:val="374"/>
        </w:trPr>
        <w:tc>
          <w:tcPr>
            <w:tcW w:type="dxa" w:w="6350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1"/>
              </w:rPr>
              <w:t>Root colour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 w:val="0"/>
                <w:color w:val="5B666B"/>
                <w:sz w:val="20"/>
                <w:shd w:val="clear" w:color="auto" w:fill="DCEBF0"/>
              </w:rPr>
              <w:t>[min]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sz w:val="21"/>
              </w:rPr>
              <w:t>$</w:t>
            </w:r>
            <w:r>
              <w:rPr>
                <w:rFonts w:ascii="Arial" w:hAnsi="Arial"/>
                <w:b/>
                <w:sz w:val="21"/>
                <w:shd w:val="clear" w:color="auto" w:fill="DCEBF0"/>
              </w:rPr>
              <w:t>[    ]</w:t>
            </w:r>
          </w:p>
        </w:tc>
      </w:tr>
      <w:tr>
        <w:trPr>
          <w:trHeight w:val="374"/>
        </w:trPr>
        <w:tc>
          <w:tcPr>
            <w:tcW w:type="dxa" w:w="6350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1"/>
              </w:rPr>
              <w:t>Full head colour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 w:val="0"/>
                <w:color w:val="5B666B"/>
                <w:sz w:val="20"/>
                <w:shd w:val="clear" w:color="auto" w:fill="DCEBF0"/>
              </w:rPr>
              <w:t>[min]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sz w:val="21"/>
              </w:rPr>
              <w:t>$</w:t>
            </w:r>
            <w:r>
              <w:rPr>
                <w:rFonts w:ascii="Arial" w:hAnsi="Arial"/>
                <w:b/>
                <w:sz w:val="21"/>
                <w:shd w:val="clear" w:color="auto" w:fill="DCEBF0"/>
              </w:rPr>
              <w:t>[    ]</w:t>
            </w:r>
          </w:p>
        </w:tc>
      </w:tr>
      <w:tr>
        <w:trPr>
          <w:trHeight w:val="374"/>
        </w:trPr>
        <w:tc>
          <w:tcPr>
            <w:tcW w:type="dxa" w:w="6350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1"/>
              </w:rPr>
              <w:t>Half head foils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 w:val="0"/>
                <w:color w:val="5B666B"/>
                <w:sz w:val="20"/>
                <w:shd w:val="clear" w:color="auto" w:fill="DCEBF0"/>
              </w:rPr>
              <w:t>[min]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sz w:val="21"/>
              </w:rPr>
              <w:t>$</w:t>
            </w:r>
            <w:r>
              <w:rPr>
                <w:rFonts w:ascii="Arial" w:hAnsi="Arial"/>
                <w:b/>
                <w:sz w:val="21"/>
                <w:shd w:val="clear" w:color="auto" w:fill="DCEBF0"/>
              </w:rPr>
              <w:t>[    ]</w:t>
            </w:r>
          </w:p>
        </w:tc>
      </w:tr>
      <w:tr>
        <w:trPr>
          <w:trHeight w:val="374"/>
        </w:trPr>
        <w:tc>
          <w:tcPr>
            <w:tcW w:type="dxa" w:w="6350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1"/>
              </w:rPr>
              <w:t>Full head foils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 w:val="0"/>
                <w:color w:val="5B666B"/>
                <w:sz w:val="20"/>
                <w:shd w:val="clear" w:color="auto" w:fill="DCEBF0"/>
              </w:rPr>
              <w:t>[min]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sz w:val="21"/>
              </w:rPr>
              <w:t>$</w:t>
            </w:r>
            <w:r>
              <w:rPr>
                <w:rFonts w:ascii="Arial" w:hAnsi="Arial"/>
                <w:b/>
                <w:sz w:val="21"/>
                <w:shd w:val="clear" w:color="auto" w:fill="DCEBF0"/>
              </w:rPr>
              <w:t>[    ]</w:t>
            </w:r>
          </w:p>
        </w:tc>
      </w:tr>
      <w:tr>
        <w:trPr>
          <w:trHeight w:val="374"/>
        </w:trPr>
        <w:tc>
          <w:tcPr>
            <w:tcW w:type="dxa" w:w="6350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1"/>
              </w:rPr>
              <w:t>Balayage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 w:val="0"/>
                <w:color w:val="5B666B"/>
                <w:sz w:val="20"/>
                <w:shd w:val="clear" w:color="auto" w:fill="DCEBF0"/>
              </w:rPr>
              <w:t>[min]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sz w:val="21"/>
              </w:rPr>
              <w:t>$</w:t>
            </w:r>
            <w:r>
              <w:rPr>
                <w:rFonts w:ascii="Arial" w:hAnsi="Arial"/>
                <w:b/>
                <w:sz w:val="21"/>
                <w:shd w:val="clear" w:color="auto" w:fill="DCEBF0"/>
              </w:rPr>
              <w:t>[    ]</w:t>
            </w:r>
          </w:p>
        </w:tc>
      </w:tr>
      <w:tr>
        <w:trPr>
          <w:trHeight w:val="374"/>
        </w:trPr>
        <w:tc>
          <w:tcPr>
            <w:tcW w:type="dxa" w:w="6350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1"/>
              </w:rPr>
              <w:t>Toner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 w:val="0"/>
                <w:color w:val="5B666B"/>
                <w:sz w:val="20"/>
                <w:shd w:val="clear" w:color="auto" w:fill="DCEBF0"/>
              </w:rPr>
              <w:t>[min]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sz w:val="21"/>
              </w:rPr>
              <w:t>$</w:t>
            </w:r>
            <w:r>
              <w:rPr>
                <w:rFonts w:ascii="Arial" w:hAnsi="Arial"/>
                <w:b/>
                <w:sz w:val="21"/>
                <w:shd w:val="clear" w:color="auto" w:fill="DCEBF0"/>
              </w:rPr>
              <w:t>[    ]</w:t>
            </w:r>
          </w:p>
        </w:tc>
      </w:tr>
      <w:tr>
        <w:trPr>
          <w:trHeight w:val="374"/>
        </w:trPr>
        <w:tc>
          <w:tcPr>
            <w:tcW w:type="dxa" w:w="6350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1"/>
              </w:rPr>
              <w:t>Colour correction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 w:val="0"/>
                <w:color w:val="5B666B"/>
                <w:sz w:val="20"/>
                <w:shd w:val="clear" w:color="auto" w:fill="DCEBF0"/>
              </w:rPr>
              <w:t>[min]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sz w:val="21"/>
              </w:rPr>
              <w:t>$</w:t>
            </w:r>
            <w:r>
              <w:rPr>
                <w:rFonts w:ascii="Arial" w:hAnsi="Arial"/>
                <w:b/>
                <w:sz w:val="21"/>
                <w:shd w:val="clear" w:color="auto" w:fill="DCEBF0"/>
              </w:rPr>
              <w:t>[    ]</w:t>
            </w:r>
          </w:p>
        </w:tc>
      </w:tr>
    </w:tbl>
    <w:p>
      <w:pPr>
        <w:spacing w:after="20" w:before="160"/>
      </w:pPr>
      <w:r>
        <w:rPr>
          <w:rFonts w:ascii="Georgia" w:hAnsi="Georgia"/>
          <w:b w:val="0"/>
          <w:color w:val="2F6F7E"/>
          <w:sz w:val="30"/>
        </w:rPr>
        <w:t>Treatments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374"/>
        </w:trPr>
        <w:tc>
          <w:tcPr>
            <w:tcW w:type="dxa" w:w="6350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5B666B"/>
                <w:sz w:val="15"/>
              </w:rPr>
              <w:t>SERVICE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color w:val="5B666B"/>
                <w:sz w:val="15"/>
              </w:rPr>
              <w:t>TIME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color w:val="5B666B"/>
                <w:sz w:val="15"/>
              </w:rPr>
              <w:t>PRICE</w:t>
            </w:r>
          </w:p>
        </w:tc>
      </w:tr>
      <w:tr>
        <w:trPr>
          <w:trHeight w:val="374"/>
        </w:trPr>
        <w:tc>
          <w:tcPr>
            <w:tcW w:type="dxa" w:w="6350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1"/>
              </w:rPr>
              <w:t>Treatment with a cut or colour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 w:val="0"/>
                <w:color w:val="5B666B"/>
                <w:sz w:val="20"/>
                <w:shd w:val="clear" w:color="auto" w:fill="DCEBF0"/>
              </w:rPr>
              <w:t>[min]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sz w:val="21"/>
              </w:rPr>
              <w:t>$</w:t>
            </w:r>
            <w:r>
              <w:rPr>
                <w:rFonts w:ascii="Arial" w:hAnsi="Arial"/>
                <w:b/>
                <w:sz w:val="21"/>
                <w:shd w:val="clear" w:color="auto" w:fill="DCEBF0"/>
              </w:rPr>
              <w:t>[    ]</w:t>
            </w:r>
          </w:p>
        </w:tc>
      </w:tr>
      <w:tr>
        <w:trPr>
          <w:trHeight w:val="374"/>
        </w:trPr>
        <w:tc>
          <w:tcPr>
            <w:tcW w:type="dxa" w:w="6350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1"/>
              </w:rPr>
              <w:t>Smoothing treatment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 w:val="0"/>
                <w:color w:val="5B666B"/>
                <w:sz w:val="20"/>
                <w:shd w:val="clear" w:color="auto" w:fill="DCEBF0"/>
              </w:rPr>
              <w:t>[min]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sz w:val="21"/>
              </w:rPr>
              <w:t>$</w:t>
            </w:r>
            <w:r>
              <w:rPr>
                <w:rFonts w:ascii="Arial" w:hAnsi="Arial"/>
                <w:b/>
                <w:sz w:val="21"/>
                <w:shd w:val="clear" w:color="auto" w:fill="DCEBF0"/>
              </w:rPr>
              <w:t>[    ]</w:t>
            </w:r>
          </w:p>
        </w:tc>
      </w:tr>
    </w:tbl>
    <w:p>
      <w:pPr>
        <w:spacing w:after="0" w:before="160"/>
      </w:pPr>
      <w:r>
        <w:rPr>
          <w:rFonts w:ascii="Arial" w:hAnsi="Arial"/>
          <w:b w:val="0"/>
          <w:color w:val="5B666B"/>
          <w:sz w:val="18"/>
        </w:rPr>
        <w:t>Prices are the full price, including GST where it applies. Longer or thicker hair can take more time and product, so we'll confirm your price before we start.</w:t>
      </w:r>
    </w:p>
    <w:p>
      <w:pPr>
        <w:spacing w:after="0" w:before="160"/>
      </w:pPr>
      <w:r>
        <w:rPr>
          <w:rFonts w:ascii="Arial" w:hAnsi="Arial"/>
          <w:b w:val="0"/>
          <w:color w:val="5B666B"/>
          <w:sz w:val="18"/>
        </w:rPr>
        <w:t xml:space="preserve">Colour needs a skin test at least </w:t>
      </w:r>
      <w:r>
        <w:rPr>
          <w:rFonts w:ascii="Arial" w:hAnsi="Arial"/>
          <w:b w:val="0"/>
          <w:color w:val="5B666B"/>
          <w:sz w:val="18"/>
          <w:shd w:val="clear" w:color="auto" w:fill="DCEBF0"/>
        </w:rPr>
        <w:t>[48]</w:t>
      </w:r>
      <w:r>
        <w:rPr>
          <w:rFonts w:ascii="Arial" w:hAnsi="Arial"/>
          <w:b w:val="0"/>
          <w:color w:val="5B666B"/>
          <w:sz w:val="18"/>
        </w:rPr>
        <w:t xml:space="preserve"> hours before your first appointment.</w:t>
      </w:r>
    </w:p>
    <w:p>
      <w:pPr>
        <w:spacing w:before="80"/>
      </w:pPr>
      <w:r>
        <w:rPr>
          <w:rFonts w:ascii="Arial" w:hAnsi="Arial"/>
          <w:b w:val="0"/>
          <w:color w:val="5B666B"/>
          <w:sz w:val="18"/>
        </w:rPr>
        <w:t xml:space="preserve">Free to cancel or change until </w:t>
      </w:r>
      <w:r>
        <w:rPr>
          <w:rFonts w:ascii="Arial" w:hAnsi="Arial"/>
          <w:b w:val="0"/>
          <w:color w:val="5B666B"/>
          <w:sz w:val="18"/>
          <w:shd w:val="clear" w:color="auto" w:fill="DCEBF0"/>
        </w:rPr>
        <w:t>[24]</w:t>
      </w:r>
      <w:r>
        <w:rPr>
          <w:rFonts w:ascii="Arial" w:hAnsi="Arial"/>
          <w:b w:val="0"/>
          <w:color w:val="5B666B"/>
          <w:sz w:val="18"/>
        </w:rPr>
        <w:t xml:space="preserve"> hours before your appointment. Book online at </w:t>
      </w:r>
      <w:r>
        <w:rPr>
          <w:rFonts w:ascii="Arial" w:hAnsi="Arial"/>
          <w:b w:val="0"/>
          <w:color w:val="5B666B"/>
          <w:sz w:val="18"/>
          <w:shd w:val="clear" w:color="auto" w:fill="DCEBF0"/>
        </w:rPr>
        <w:t>[your booking link]</w:t>
      </w:r>
      <w:r>
        <w:rPr>
          <w:rFonts w:ascii="Arial" w:hAnsi="Arial"/>
          <w:b w:val="0"/>
          <w:color w:val="5B666B"/>
          <w:sz w:val="18"/>
        </w:rPr>
        <w:t>.</w:t>
      </w:r>
    </w:p>
    <w:p>
      <w:r>
        <w:br w:type="page"/>
      </w:r>
    </w:p>
    <w:p>
      <w:pPr>
        <w:spacing w:after="0"/>
      </w:pPr>
      <w:r>
        <w:rPr>
          <w:rFonts w:ascii="Arial" w:hAnsi="Arial"/>
          <w:b w:val="0"/>
          <w:color w:val="5B666B"/>
          <w:sz w:val="22"/>
          <w:shd w:val="clear" w:color="auto" w:fill="DCEBF0"/>
        </w:rPr>
        <w:t>[Business name]</w:t>
      </w:r>
    </w:p>
    <w:p>
      <w:pPr>
        <w:spacing w:after="0"/>
      </w:pPr>
      <w:r>
        <w:rPr>
          <w:rFonts w:ascii="Georgia" w:hAnsi="Georgia"/>
          <w:b w:val="0"/>
          <w:sz w:val="64"/>
        </w:rPr>
        <w:t>Price list</w:t>
      </w:r>
    </w:p>
    <w:p>
      <w:pPr>
        <w:spacing w:after="80"/>
      </w:pPr>
      <w:r>
        <w:rPr>
          <w:rFonts w:ascii="Arial" w:hAnsi="Arial"/>
          <w:b/>
          <w:color w:val="2F6F7E"/>
          <w:sz w:val="16"/>
        </w:rPr>
        <w:t>NAILS, LASHES AND BEAUTY</w:t>
      </w:r>
    </w:p>
    <w:p>
      <w:pPr>
        <w:spacing w:after="120"/>
      </w:pPr>
      <w:r>
        <w:rPr>
          <w:rFonts w:ascii="Arial" w:hAnsi="Arial"/>
          <w:b w:val="0"/>
          <w:color w:val="5B666B"/>
          <w:sz w:val="19"/>
          <w:shd w:val="clear" w:color="auto" w:fill="DCEBF0"/>
        </w:rPr>
        <w:t>[Address]</w:t>
      </w:r>
      <w:r>
        <w:rPr>
          <w:rFonts w:ascii="Arial" w:hAnsi="Arial"/>
          <w:b w:val="0"/>
          <w:color w:val="5B666B"/>
          <w:sz w:val="19"/>
        </w:rPr>
        <w:t xml:space="preserve">  ·  </w:t>
      </w:r>
      <w:r>
        <w:rPr>
          <w:rFonts w:ascii="Arial" w:hAnsi="Arial"/>
          <w:b w:val="0"/>
          <w:color w:val="5B666B"/>
          <w:sz w:val="19"/>
          <w:shd w:val="clear" w:color="auto" w:fill="DCEBF0"/>
        </w:rPr>
        <w:t>[Phone]</w:t>
      </w:r>
      <w:r>
        <w:rPr>
          <w:rFonts w:ascii="Arial" w:hAnsi="Arial"/>
          <w:b w:val="0"/>
          <w:color w:val="5B666B"/>
          <w:sz w:val="19"/>
        </w:rPr>
        <w:t xml:space="preserve">  ·  </w:t>
      </w:r>
      <w:r>
        <w:rPr>
          <w:rFonts w:ascii="Arial" w:hAnsi="Arial"/>
          <w:b w:val="0"/>
          <w:color w:val="5B666B"/>
          <w:sz w:val="19"/>
          <w:shd w:val="clear" w:color="auto" w:fill="DCEBF0"/>
        </w:rPr>
        <w:t>[Booking link]</w:t>
      </w:r>
    </w:p>
    <w:p>
      <w:pPr>
        <w:spacing w:after="20" w:before="160"/>
      </w:pPr>
      <w:r>
        <w:rPr>
          <w:rFonts w:ascii="Georgia" w:hAnsi="Georgia"/>
          <w:b w:val="0"/>
          <w:color w:val="2F6F7E"/>
          <w:sz w:val="30"/>
        </w:rPr>
        <w:t>Nails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374"/>
        </w:trPr>
        <w:tc>
          <w:tcPr>
            <w:tcW w:type="dxa" w:w="6350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5B666B"/>
                <w:sz w:val="15"/>
              </w:rPr>
              <w:t>SERVICE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color w:val="5B666B"/>
                <w:sz w:val="15"/>
              </w:rPr>
              <w:t>TIME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color w:val="5B666B"/>
                <w:sz w:val="15"/>
              </w:rPr>
              <w:t>PRICE</w:t>
            </w:r>
          </w:p>
        </w:tc>
      </w:tr>
      <w:tr>
        <w:trPr>
          <w:trHeight w:val="374"/>
        </w:trPr>
        <w:tc>
          <w:tcPr>
            <w:tcW w:type="dxa" w:w="6350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1"/>
              </w:rPr>
              <w:t>Manicure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 w:val="0"/>
                <w:color w:val="5B666B"/>
                <w:sz w:val="20"/>
                <w:shd w:val="clear" w:color="auto" w:fill="DCEBF0"/>
              </w:rPr>
              <w:t>[min]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sz w:val="21"/>
              </w:rPr>
              <w:t>$</w:t>
            </w:r>
            <w:r>
              <w:rPr>
                <w:rFonts w:ascii="Arial" w:hAnsi="Arial"/>
                <w:b/>
                <w:sz w:val="21"/>
                <w:shd w:val="clear" w:color="auto" w:fill="DCEBF0"/>
              </w:rPr>
              <w:t>[    ]</w:t>
            </w:r>
          </w:p>
        </w:tc>
      </w:tr>
      <w:tr>
        <w:trPr>
          <w:trHeight w:val="374"/>
        </w:trPr>
        <w:tc>
          <w:tcPr>
            <w:tcW w:type="dxa" w:w="6350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1"/>
              </w:rPr>
              <w:t>Gel manicure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 w:val="0"/>
                <w:color w:val="5B666B"/>
                <w:sz w:val="20"/>
                <w:shd w:val="clear" w:color="auto" w:fill="DCEBF0"/>
              </w:rPr>
              <w:t>[min]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sz w:val="21"/>
              </w:rPr>
              <w:t>$</w:t>
            </w:r>
            <w:r>
              <w:rPr>
                <w:rFonts w:ascii="Arial" w:hAnsi="Arial"/>
                <w:b/>
                <w:sz w:val="21"/>
                <w:shd w:val="clear" w:color="auto" w:fill="DCEBF0"/>
              </w:rPr>
              <w:t>[    ]</w:t>
            </w:r>
          </w:p>
        </w:tc>
      </w:tr>
      <w:tr>
        <w:trPr>
          <w:trHeight w:val="374"/>
        </w:trPr>
        <w:tc>
          <w:tcPr>
            <w:tcW w:type="dxa" w:w="6350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1"/>
              </w:rPr>
              <w:t>Pedicure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 w:val="0"/>
                <w:color w:val="5B666B"/>
                <w:sz w:val="20"/>
                <w:shd w:val="clear" w:color="auto" w:fill="DCEBF0"/>
              </w:rPr>
              <w:t>[min]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sz w:val="21"/>
              </w:rPr>
              <w:t>$</w:t>
            </w:r>
            <w:r>
              <w:rPr>
                <w:rFonts w:ascii="Arial" w:hAnsi="Arial"/>
                <w:b/>
                <w:sz w:val="21"/>
                <w:shd w:val="clear" w:color="auto" w:fill="DCEBF0"/>
              </w:rPr>
              <w:t>[    ]</w:t>
            </w:r>
          </w:p>
        </w:tc>
      </w:tr>
      <w:tr>
        <w:trPr>
          <w:trHeight w:val="374"/>
        </w:trPr>
        <w:tc>
          <w:tcPr>
            <w:tcW w:type="dxa" w:w="6350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1"/>
              </w:rPr>
              <w:t>Gel pedicure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 w:val="0"/>
                <w:color w:val="5B666B"/>
                <w:sz w:val="20"/>
                <w:shd w:val="clear" w:color="auto" w:fill="DCEBF0"/>
              </w:rPr>
              <w:t>[min]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sz w:val="21"/>
              </w:rPr>
              <w:t>$</w:t>
            </w:r>
            <w:r>
              <w:rPr>
                <w:rFonts w:ascii="Arial" w:hAnsi="Arial"/>
                <w:b/>
                <w:sz w:val="21"/>
                <w:shd w:val="clear" w:color="auto" w:fill="DCEBF0"/>
              </w:rPr>
              <w:t>[    ]</w:t>
            </w:r>
          </w:p>
        </w:tc>
      </w:tr>
      <w:tr>
        <w:trPr>
          <w:trHeight w:val="374"/>
        </w:trPr>
        <w:tc>
          <w:tcPr>
            <w:tcW w:type="dxa" w:w="6350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1"/>
              </w:rPr>
              <w:t>Acrylic full set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 w:val="0"/>
                <w:color w:val="5B666B"/>
                <w:sz w:val="20"/>
                <w:shd w:val="clear" w:color="auto" w:fill="DCEBF0"/>
              </w:rPr>
              <w:t>[min]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sz w:val="21"/>
              </w:rPr>
              <w:t>$</w:t>
            </w:r>
            <w:r>
              <w:rPr>
                <w:rFonts w:ascii="Arial" w:hAnsi="Arial"/>
                <w:b/>
                <w:sz w:val="21"/>
                <w:shd w:val="clear" w:color="auto" w:fill="DCEBF0"/>
              </w:rPr>
              <w:t>[    ]</w:t>
            </w:r>
          </w:p>
        </w:tc>
      </w:tr>
      <w:tr>
        <w:trPr>
          <w:trHeight w:val="374"/>
        </w:trPr>
        <w:tc>
          <w:tcPr>
            <w:tcW w:type="dxa" w:w="6350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1"/>
              </w:rPr>
              <w:t>Acrylic infill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 w:val="0"/>
                <w:color w:val="5B666B"/>
                <w:sz w:val="20"/>
                <w:shd w:val="clear" w:color="auto" w:fill="DCEBF0"/>
              </w:rPr>
              <w:t>[min]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sz w:val="21"/>
              </w:rPr>
              <w:t>$</w:t>
            </w:r>
            <w:r>
              <w:rPr>
                <w:rFonts w:ascii="Arial" w:hAnsi="Arial"/>
                <w:b/>
                <w:sz w:val="21"/>
                <w:shd w:val="clear" w:color="auto" w:fill="DCEBF0"/>
              </w:rPr>
              <w:t>[    ]</w:t>
            </w:r>
          </w:p>
        </w:tc>
      </w:tr>
      <w:tr>
        <w:trPr>
          <w:trHeight w:val="374"/>
        </w:trPr>
        <w:tc>
          <w:tcPr>
            <w:tcW w:type="dxa" w:w="6350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1"/>
              </w:rPr>
              <w:t>Gel removal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 w:val="0"/>
                <w:color w:val="5B666B"/>
                <w:sz w:val="20"/>
                <w:shd w:val="clear" w:color="auto" w:fill="DCEBF0"/>
              </w:rPr>
              <w:t>[min]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sz w:val="21"/>
              </w:rPr>
              <w:t>$</w:t>
            </w:r>
            <w:r>
              <w:rPr>
                <w:rFonts w:ascii="Arial" w:hAnsi="Arial"/>
                <w:b/>
                <w:sz w:val="21"/>
                <w:shd w:val="clear" w:color="auto" w:fill="DCEBF0"/>
              </w:rPr>
              <w:t>[    ]</w:t>
            </w:r>
          </w:p>
        </w:tc>
      </w:tr>
    </w:tbl>
    <w:p>
      <w:pPr>
        <w:spacing w:after="20" w:before="160"/>
      </w:pPr>
      <w:r>
        <w:rPr>
          <w:rFonts w:ascii="Georgia" w:hAnsi="Georgia"/>
          <w:b w:val="0"/>
          <w:color w:val="2F6F7E"/>
          <w:sz w:val="30"/>
        </w:rPr>
        <w:t>Lashes and brows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374"/>
        </w:trPr>
        <w:tc>
          <w:tcPr>
            <w:tcW w:type="dxa" w:w="6350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5B666B"/>
                <w:sz w:val="15"/>
              </w:rPr>
              <w:t>SERVICE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color w:val="5B666B"/>
                <w:sz w:val="15"/>
              </w:rPr>
              <w:t>TIME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color w:val="5B666B"/>
                <w:sz w:val="15"/>
              </w:rPr>
              <w:t>PRICE</w:t>
            </w:r>
          </w:p>
        </w:tc>
      </w:tr>
      <w:tr>
        <w:trPr>
          <w:trHeight w:val="374"/>
        </w:trPr>
        <w:tc>
          <w:tcPr>
            <w:tcW w:type="dxa" w:w="6350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1"/>
              </w:rPr>
              <w:t>Classic lash extensions, full set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 w:val="0"/>
                <w:color w:val="5B666B"/>
                <w:sz w:val="20"/>
                <w:shd w:val="clear" w:color="auto" w:fill="DCEBF0"/>
              </w:rPr>
              <w:t>[min]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sz w:val="21"/>
              </w:rPr>
              <w:t>$</w:t>
            </w:r>
            <w:r>
              <w:rPr>
                <w:rFonts w:ascii="Arial" w:hAnsi="Arial"/>
                <w:b/>
                <w:sz w:val="21"/>
                <w:shd w:val="clear" w:color="auto" w:fill="DCEBF0"/>
              </w:rPr>
              <w:t>[    ]</w:t>
            </w:r>
          </w:p>
        </w:tc>
      </w:tr>
      <w:tr>
        <w:trPr>
          <w:trHeight w:val="374"/>
        </w:trPr>
        <w:tc>
          <w:tcPr>
            <w:tcW w:type="dxa" w:w="6350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1"/>
              </w:rPr>
              <w:t>Hybrid lash extensions, full set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 w:val="0"/>
                <w:color w:val="5B666B"/>
                <w:sz w:val="20"/>
                <w:shd w:val="clear" w:color="auto" w:fill="DCEBF0"/>
              </w:rPr>
              <w:t>[min]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sz w:val="21"/>
              </w:rPr>
              <w:t>$</w:t>
            </w:r>
            <w:r>
              <w:rPr>
                <w:rFonts w:ascii="Arial" w:hAnsi="Arial"/>
                <w:b/>
                <w:sz w:val="21"/>
                <w:shd w:val="clear" w:color="auto" w:fill="DCEBF0"/>
              </w:rPr>
              <w:t>[    ]</w:t>
            </w:r>
          </w:p>
        </w:tc>
      </w:tr>
      <w:tr>
        <w:trPr>
          <w:trHeight w:val="374"/>
        </w:trPr>
        <w:tc>
          <w:tcPr>
            <w:tcW w:type="dxa" w:w="6350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1"/>
              </w:rPr>
              <w:t>Volume lash extensions, full set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 w:val="0"/>
                <w:color w:val="5B666B"/>
                <w:sz w:val="20"/>
                <w:shd w:val="clear" w:color="auto" w:fill="DCEBF0"/>
              </w:rPr>
              <w:t>[min]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sz w:val="21"/>
              </w:rPr>
              <w:t>$</w:t>
            </w:r>
            <w:r>
              <w:rPr>
                <w:rFonts w:ascii="Arial" w:hAnsi="Arial"/>
                <w:b/>
                <w:sz w:val="21"/>
                <w:shd w:val="clear" w:color="auto" w:fill="DCEBF0"/>
              </w:rPr>
              <w:t>[    ]</w:t>
            </w:r>
          </w:p>
        </w:tc>
      </w:tr>
      <w:tr>
        <w:trPr>
          <w:trHeight w:val="374"/>
        </w:trPr>
        <w:tc>
          <w:tcPr>
            <w:tcW w:type="dxa" w:w="6350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1"/>
              </w:rPr>
              <w:t xml:space="preserve">Lash infill (within </w:t>
            </w:r>
            <w:r>
              <w:rPr>
                <w:rFonts w:ascii="Arial" w:hAnsi="Arial"/>
                <w:b w:val="0"/>
                <w:sz w:val="21"/>
                <w:shd w:val="clear" w:color="auto" w:fill="DCEBF0"/>
              </w:rPr>
              <w:t>[3]</w:t>
            </w:r>
            <w:r>
              <w:rPr>
                <w:rFonts w:ascii="Arial" w:hAnsi="Arial"/>
                <w:b w:val="0"/>
                <w:sz w:val="21"/>
              </w:rPr>
              <w:t xml:space="preserve"> weeks)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 w:val="0"/>
                <w:color w:val="5B666B"/>
                <w:sz w:val="20"/>
                <w:shd w:val="clear" w:color="auto" w:fill="DCEBF0"/>
              </w:rPr>
              <w:t>[min]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sz w:val="21"/>
              </w:rPr>
              <w:t>$</w:t>
            </w:r>
            <w:r>
              <w:rPr>
                <w:rFonts w:ascii="Arial" w:hAnsi="Arial"/>
                <w:b/>
                <w:sz w:val="21"/>
                <w:shd w:val="clear" w:color="auto" w:fill="DCEBF0"/>
              </w:rPr>
              <w:t>[    ]</w:t>
            </w:r>
          </w:p>
        </w:tc>
      </w:tr>
      <w:tr>
        <w:trPr>
          <w:trHeight w:val="374"/>
        </w:trPr>
        <w:tc>
          <w:tcPr>
            <w:tcW w:type="dxa" w:w="6350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1"/>
              </w:rPr>
              <w:t>Lash lift and tint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 w:val="0"/>
                <w:color w:val="5B666B"/>
                <w:sz w:val="20"/>
                <w:shd w:val="clear" w:color="auto" w:fill="DCEBF0"/>
              </w:rPr>
              <w:t>[min]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sz w:val="21"/>
              </w:rPr>
              <w:t>$</w:t>
            </w:r>
            <w:r>
              <w:rPr>
                <w:rFonts w:ascii="Arial" w:hAnsi="Arial"/>
                <w:b/>
                <w:sz w:val="21"/>
                <w:shd w:val="clear" w:color="auto" w:fill="DCEBF0"/>
              </w:rPr>
              <w:t>[    ]</w:t>
            </w:r>
          </w:p>
        </w:tc>
      </w:tr>
      <w:tr>
        <w:trPr>
          <w:trHeight w:val="374"/>
        </w:trPr>
        <w:tc>
          <w:tcPr>
            <w:tcW w:type="dxa" w:w="6350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1"/>
              </w:rPr>
              <w:t>Brow wax and tint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 w:val="0"/>
                <w:color w:val="5B666B"/>
                <w:sz w:val="20"/>
                <w:shd w:val="clear" w:color="auto" w:fill="DCEBF0"/>
              </w:rPr>
              <w:t>[min]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sz w:val="21"/>
              </w:rPr>
              <w:t>$</w:t>
            </w:r>
            <w:r>
              <w:rPr>
                <w:rFonts w:ascii="Arial" w:hAnsi="Arial"/>
                <w:b/>
                <w:sz w:val="21"/>
                <w:shd w:val="clear" w:color="auto" w:fill="DCEBF0"/>
              </w:rPr>
              <w:t>[    ]</w:t>
            </w:r>
          </w:p>
        </w:tc>
      </w:tr>
      <w:tr>
        <w:trPr>
          <w:trHeight w:val="374"/>
        </w:trPr>
        <w:tc>
          <w:tcPr>
            <w:tcW w:type="dxa" w:w="6350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1"/>
              </w:rPr>
              <w:t>Brow lamination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 w:val="0"/>
                <w:color w:val="5B666B"/>
                <w:sz w:val="20"/>
                <w:shd w:val="clear" w:color="auto" w:fill="DCEBF0"/>
              </w:rPr>
              <w:t>[min]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sz w:val="21"/>
              </w:rPr>
              <w:t>$</w:t>
            </w:r>
            <w:r>
              <w:rPr>
                <w:rFonts w:ascii="Arial" w:hAnsi="Arial"/>
                <w:b/>
                <w:sz w:val="21"/>
                <w:shd w:val="clear" w:color="auto" w:fill="DCEBF0"/>
              </w:rPr>
              <w:t>[    ]</w:t>
            </w:r>
          </w:p>
        </w:tc>
      </w:tr>
    </w:tbl>
    <w:p>
      <w:pPr>
        <w:spacing w:after="20" w:before="160"/>
      </w:pPr>
      <w:r>
        <w:rPr>
          <w:rFonts w:ascii="Georgia" w:hAnsi="Georgia"/>
          <w:b w:val="0"/>
          <w:color w:val="2F6F7E"/>
          <w:sz w:val="30"/>
        </w:rPr>
        <w:t>Waxing and skin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374"/>
        </w:trPr>
        <w:tc>
          <w:tcPr>
            <w:tcW w:type="dxa" w:w="6350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5B666B"/>
                <w:sz w:val="15"/>
              </w:rPr>
              <w:t>SERVICE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color w:val="5B666B"/>
                <w:sz w:val="15"/>
              </w:rPr>
              <w:t>TIME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color w:val="5B666B"/>
                <w:sz w:val="15"/>
              </w:rPr>
              <w:t>PRICE</w:t>
            </w:r>
          </w:p>
        </w:tc>
      </w:tr>
      <w:tr>
        <w:trPr>
          <w:trHeight w:val="374"/>
        </w:trPr>
        <w:tc>
          <w:tcPr>
            <w:tcW w:type="dxa" w:w="6350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1"/>
              </w:rPr>
              <w:t>Lip or chin wax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 w:val="0"/>
                <w:color w:val="5B666B"/>
                <w:sz w:val="20"/>
                <w:shd w:val="clear" w:color="auto" w:fill="DCEBF0"/>
              </w:rPr>
              <w:t>[min]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sz w:val="21"/>
              </w:rPr>
              <w:t>$</w:t>
            </w:r>
            <w:r>
              <w:rPr>
                <w:rFonts w:ascii="Arial" w:hAnsi="Arial"/>
                <w:b/>
                <w:sz w:val="21"/>
                <w:shd w:val="clear" w:color="auto" w:fill="DCEBF0"/>
              </w:rPr>
              <w:t>[    ]</w:t>
            </w:r>
          </w:p>
        </w:tc>
      </w:tr>
      <w:tr>
        <w:trPr>
          <w:trHeight w:val="374"/>
        </w:trPr>
        <w:tc>
          <w:tcPr>
            <w:tcW w:type="dxa" w:w="6350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1"/>
              </w:rPr>
              <w:t>Underarm wax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 w:val="0"/>
                <w:color w:val="5B666B"/>
                <w:sz w:val="20"/>
                <w:shd w:val="clear" w:color="auto" w:fill="DCEBF0"/>
              </w:rPr>
              <w:t>[min]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sz w:val="21"/>
              </w:rPr>
              <w:t>$</w:t>
            </w:r>
            <w:r>
              <w:rPr>
                <w:rFonts w:ascii="Arial" w:hAnsi="Arial"/>
                <w:b/>
                <w:sz w:val="21"/>
                <w:shd w:val="clear" w:color="auto" w:fill="DCEBF0"/>
              </w:rPr>
              <w:t>[    ]</w:t>
            </w:r>
          </w:p>
        </w:tc>
      </w:tr>
      <w:tr>
        <w:trPr>
          <w:trHeight w:val="374"/>
        </w:trPr>
        <w:tc>
          <w:tcPr>
            <w:tcW w:type="dxa" w:w="6350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1"/>
              </w:rPr>
              <w:t>Half leg wax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 w:val="0"/>
                <w:color w:val="5B666B"/>
                <w:sz w:val="20"/>
                <w:shd w:val="clear" w:color="auto" w:fill="DCEBF0"/>
              </w:rPr>
              <w:t>[min]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sz w:val="21"/>
              </w:rPr>
              <w:t>$</w:t>
            </w:r>
            <w:r>
              <w:rPr>
                <w:rFonts w:ascii="Arial" w:hAnsi="Arial"/>
                <w:b/>
                <w:sz w:val="21"/>
                <w:shd w:val="clear" w:color="auto" w:fill="DCEBF0"/>
              </w:rPr>
              <w:t>[    ]</w:t>
            </w:r>
          </w:p>
        </w:tc>
      </w:tr>
      <w:tr>
        <w:trPr>
          <w:trHeight w:val="374"/>
        </w:trPr>
        <w:tc>
          <w:tcPr>
            <w:tcW w:type="dxa" w:w="6350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1"/>
              </w:rPr>
              <w:t>Full leg wax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 w:val="0"/>
                <w:color w:val="5B666B"/>
                <w:sz w:val="20"/>
                <w:shd w:val="clear" w:color="auto" w:fill="DCEBF0"/>
              </w:rPr>
              <w:t>[min]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sz w:val="21"/>
              </w:rPr>
              <w:t>$</w:t>
            </w:r>
            <w:r>
              <w:rPr>
                <w:rFonts w:ascii="Arial" w:hAnsi="Arial"/>
                <w:b/>
                <w:sz w:val="21"/>
                <w:shd w:val="clear" w:color="auto" w:fill="DCEBF0"/>
              </w:rPr>
              <w:t>[    ]</w:t>
            </w:r>
          </w:p>
        </w:tc>
      </w:tr>
      <w:tr>
        <w:trPr>
          <w:trHeight w:val="374"/>
        </w:trPr>
        <w:tc>
          <w:tcPr>
            <w:tcW w:type="dxa" w:w="6350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1"/>
              </w:rPr>
              <w:t>Express facial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 w:val="0"/>
                <w:color w:val="5B666B"/>
                <w:sz w:val="20"/>
                <w:shd w:val="clear" w:color="auto" w:fill="DCEBF0"/>
              </w:rPr>
              <w:t>[min]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sz w:val="21"/>
              </w:rPr>
              <w:t>$</w:t>
            </w:r>
            <w:r>
              <w:rPr>
                <w:rFonts w:ascii="Arial" w:hAnsi="Arial"/>
                <w:b/>
                <w:sz w:val="21"/>
                <w:shd w:val="clear" w:color="auto" w:fill="DCEBF0"/>
              </w:rPr>
              <w:t>[    ]</w:t>
            </w:r>
          </w:p>
        </w:tc>
      </w:tr>
      <w:tr>
        <w:trPr>
          <w:trHeight w:val="374"/>
        </w:trPr>
        <w:tc>
          <w:tcPr>
            <w:tcW w:type="dxa" w:w="6350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1"/>
              </w:rPr>
              <w:t>Facial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 w:val="0"/>
                <w:color w:val="5B666B"/>
                <w:sz w:val="20"/>
                <w:shd w:val="clear" w:color="auto" w:fill="DCEBF0"/>
              </w:rPr>
              <w:t>[min]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D5DCDF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sz w:val="21"/>
              </w:rPr>
              <w:t>$</w:t>
            </w:r>
            <w:r>
              <w:rPr>
                <w:rFonts w:ascii="Arial" w:hAnsi="Arial"/>
                <w:b/>
                <w:sz w:val="21"/>
                <w:shd w:val="clear" w:color="auto" w:fill="DCEBF0"/>
              </w:rPr>
              <w:t>[    ]</w:t>
            </w:r>
          </w:p>
        </w:tc>
      </w:tr>
    </w:tbl>
    <w:p>
      <w:pPr>
        <w:spacing w:after="0" w:before="160"/>
      </w:pPr>
      <w:r>
        <w:rPr>
          <w:rFonts w:ascii="Arial" w:hAnsi="Arial"/>
          <w:b w:val="0"/>
          <w:color w:val="5B666B"/>
          <w:sz w:val="18"/>
        </w:rPr>
        <w:t xml:space="preserve">Prices are the full price, including GST where it applies. Lash infills booked after </w:t>
      </w:r>
      <w:r>
        <w:rPr>
          <w:rFonts w:ascii="Arial" w:hAnsi="Arial"/>
          <w:b w:val="0"/>
          <w:color w:val="5B666B"/>
          <w:sz w:val="18"/>
          <w:shd w:val="clear" w:color="auto" w:fill="DCEBF0"/>
        </w:rPr>
        <w:t>[3]</w:t>
      </w:r>
      <w:r>
        <w:rPr>
          <w:rFonts w:ascii="Arial" w:hAnsi="Arial"/>
          <w:b w:val="0"/>
          <w:color w:val="5B666B"/>
          <w:sz w:val="18"/>
        </w:rPr>
        <w:t xml:space="preserve"> weeks are charged as a full set.</w:t>
      </w:r>
    </w:p>
    <w:p>
      <w:pPr>
        <w:spacing w:before="80"/>
      </w:pPr>
      <w:r>
        <w:rPr>
          <w:rFonts w:ascii="Arial" w:hAnsi="Arial"/>
          <w:b w:val="0"/>
          <w:color w:val="5B666B"/>
          <w:sz w:val="18"/>
        </w:rPr>
        <w:t xml:space="preserve">Free to cancel or change until </w:t>
      </w:r>
      <w:r>
        <w:rPr>
          <w:rFonts w:ascii="Arial" w:hAnsi="Arial"/>
          <w:b w:val="0"/>
          <w:color w:val="5B666B"/>
          <w:sz w:val="18"/>
          <w:shd w:val="clear" w:color="auto" w:fill="DCEBF0"/>
        </w:rPr>
        <w:t>[24]</w:t>
      </w:r>
      <w:r>
        <w:rPr>
          <w:rFonts w:ascii="Arial" w:hAnsi="Arial"/>
          <w:b w:val="0"/>
          <w:color w:val="5B666B"/>
          <w:sz w:val="18"/>
        </w:rPr>
        <w:t xml:space="preserve"> hours before your appointment. Book online at </w:t>
      </w:r>
      <w:r>
        <w:rPr>
          <w:rFonts w:ascii="Arial" w:hAnsi="Arial"/>
          <w:b w:val="0"/>
          <w:color w:val="5B666B"/>
          <w:sz w:val="18"/>
          <w:shd w:val="clear" w:color="auto" w:fill="DCEBF0"/>
        </w:rPr>
        <w:t>[your booking link]</w:t>
      </w:r>
      <w:r>
        <w:rPr>
          <w:rFonts w:ascii="Arial" w:hAnsi="Arial"/>
          <w:b w:val="0"/>
          <w:color w:val="5B666B"/>
          <w:sz w:val="18"/>
        </w:rPr>
        <w:t>.</w:t>
      </w:r>
    </w:p>
    <w:sectPr w:rsidR="00FC693F" w:rsidRPr="0006063C" w:rsidSect="00034616">
      <w:pgSz w:w="11906" w:h="16838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color w:val="15191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Salon price list template</dc:title>
  <dc:subject/>
  <dc:creator>Gaplessly</dc:creator>
  <cp:keywords/>
  <dc:description>Free template from gaplessly.com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