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5191B"/>
          <w:sz w:val="34"/>
        </w:rPr>
        <w:t>Seating plan</w:t>
      </w:r>
    </w:p>
    <w:p>
      <w:pPr>
        <w:spacing w:after="100"/>
      </w:pPr>
      <w:r>
        <w:rPr>
          <w:rFonts w:ascii="Arial" w:hAnsi="Arial"/>
          <w:b w:val="0"/>
          <w:color w:val="5B666B"/>
          <w:sz w:val="17"/>
          <w:shd w:val="clear" w:color="auto" w:fill="DCEBF0"/>
        </w:rPr>
        <w:t>[Event name]</w:t>
      </w:r>
      <w:r>
        <w:rPr>
          <w:rFonts w:ascii="Arial" w:hAnsi="Arial"/>
          <w:b w:val="0"/>
          <w:color w:val="5B666B"/>
          <w:sz w:val="17"/>
        </w:rPr>
        <w:t xml:space="preserve">, </w:t>
      </w:r>
      <w:r>
        <w:rPr>
          <w:rFonts w:ascii="Arial" w:hAnsi="Arial"/>
          <w:b w:val="0"/>
          <w:color w:val="5B666B"/>
          <w:sz w:val="17"/>
          <w:shd w:val="clear" w:color="auto" w:fill="DCEBF0"/>
        </w:rPr>
        <w:t>[day, date]</w:t>
      </w:r>
      <w:r>
        <w:rPr>
          <w:rFonts w:ascii="Arial" w:hAnsi="Arial"/>
          <w:b w:val="0"/>
          <w:color w:val="5B666B"/>
          <w:sz w:val="17"/>
        </w:rPr>
        <w:t xml:space="preserve">, </w:t>
      </w:r>
      <w:r>
        <w:rPr>
          <w:rFonts w:ascii="Arial" w:hAnsi="Arial"/>
          <w:b w:val="0"/>
          <w:color w:val="5B666B"/>
          <w:sz w:val="17"/>
          <w:shd w:val="clear" w:color="auto" w:fill="DCEBF0"/>
        </w:rPr>
        <w:t>[room]</w:t>
      </w:r>
      <w:r>
        <w:rPr>
          <w:rFonts w:ascii="Arial" w:hAnsi="Arial"/>
          <w:b w:val="0"/>
          <w:color w:val="5B666B"/>
          <w:sz w:val="17"/>
        </w:rPr>
        <w:t xml:space="preserve">. </w:t>
      </w:r>
      <w:r>
        <w:rPr>
          <w:rFonts w:ascii="Arial" w:hAnsi="Arial"/>
          <w:b w:val="0"/>
          <w:color w:val="5B666B"/>
          <w:sz w:val="17"/>
          <w:shd w:val="clear" w:color="auto" w:fill="DCEBF0"/>
        </w:rPr>
        <w:t>[000]</w:t>
      </w:r>
      <w:r>
        <w:rPr>
          <w:rFonts w:ascii="Arial" w:hAnsi="Arial"/>
          <w:b w:val="0"/>
          <w:color w:val="5B666B"/>
          <w:sz w:val="17"/>
        </w:rPr>
        <w:t xml:space="preserve"> guests at </w:t>
      </w:r>
      <w:r>
        <w:rPr>
          <w:rFonts w:ascii="Arial" w:hAnsi="Arial"/>
          <w:b w:val="0"/>
          <w:color w:val="5B666B"/>
          <w:sz w:val="17"/>
          <w:shd w:val="clear" w:color="auto" w:fill="DCEBF0"/>
        </w:rPr>
        <w:t>[00]</w:t>
      </w:r>
      <w:r>
        <w:rPr>
          <w:rFonts w:ascii="Arial" w:hAnsi="Arial"/>
          <w:b w:val="0"/>
          <w:color w:val="5B666B"/>
          <w:sz w:val="17"/>
        </w:rPr>
        <w:t xml:space="preserve"> tables. Type one guest on each line and note dietaries beside the name. Copy a page for more tables.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3812"/>
        <w:gridCol w:w="3812"/>
        <w:gridCol w:w="3812"/>
        <w:gridCol w:w="3812"/>
      </w:tblGrid>
      <w:tr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2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3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4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</w:tr>
      <w:tr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5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6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7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8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</w:tr>
    </w:tbl>
    <w:p>
      <w:pPr>
        <w:pageBreakBefore/>
      </w:pPr>
      <w:r>
        <w:rPr>
          <w:rFonts w:ascii="Georgia" w:hAnsi="Georgia"/>
          <w:b/>
          <w:color w:val="15191B"/>
          <w:sz w:val="34"/>
        </w:rPr>
        <w:t>Seating plan, continued</w:t>
      </w:r>
    </w:p>
    <w:p>
      <w:pPr>
        <w:spacing w:after="100"/>
      </w:pPr>
      <w:r>
        <w:rPr>
          <w:rFonts w:ascii="Arial" w:hAnsi="Arial"/>
          <w:b w:val="0"/>
          <w:color w:val="5B666B"/>
          <w:sz w:val="17"/>
          <w:shd w:val="clear" w:color="auto" w:fill="DCEBF0"/>
        </w:rPr>
        <w:t>[Event name]</w:t>
      </w:r>
      <w:r>
        <w:rPr>
          <w:rFonts w:ascii="Arial" w:hAnsi="Arial"/>
          <w:b w:val="0"/>
          <w:color w:val="5B666B"/>
          <w:sz w:val="17"/>
        </w:rPr>
        <w:t>. Tables 9 to 16.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3812"/>
        <w:gridCol w:w="3812"/>
        <w:gridCol w:w="3812"/>
        <w:gridCol w:w="3812"/>
      </w:tblGrid>
      <w:tr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9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10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11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12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</w:tr>
      <w:tr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13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14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15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  <w:tc>
          <w:tcPr>
            <w:tcW w:type="dxa" w:w="3813"/>
          </w:tcPr>
          <w:p>
            <w:pPr>
              <w:spacing w:before="60" w:after="40"/>
            </w:pPr>
            <w:r>
              <w:rPr>
                <w:rFonts w:ascii="Arial" w:hAnsi="Arial"/>
                <w:b/>
                <w:color w:val="2F6F7E"/>
                <w:sz w:val="20"/>
              </w:rPr>
              <w:t>Table 16</w:t>
            </w:r>
            <w:r>
              <w:rPr>
                <w:rFonts w:ascii="Arial" w:hAnsi="Arial"/>
                <w:b w:val="0"/>
                <w:color w:val="15191B"/>
                <w:sz w:val="16"/>
              </w:rPr>
              <w:t xml:space="preserve"> 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[Table name]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2.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3.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4.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5.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6.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7.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8.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9.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24"/>
            </w:pPr>
            <w:r>
              <w:rPr>
                <w:rFonts w:ascii="Arial" w:hAnsi="Arial"/>
                <w:b w:val="0"/>
                <w:color w:val="5B666B"/>
                <w:sz w:val="16"/>
              </w:rPr>
              <w:t xml:space="preserve">10.  </w:t>
            </w:r>
            <w:r>
              <w:rPr>
                <w:rFonts w:ascii="Arial" w:hAnsi="Arial"/>
                <w:b w:val="0"/>
                <w:color w:val="15191B"/>
                <w:sz w:val="16"/>
                <w:shd w:val="clear" w:color="auto" w:fill="DCEBF0"/>
              </w:rPr>
              <w:t>[Guest name, dietary]</w:t>
            </w:r>
          </w:p>
          <w:p>
            <w:pPr>
              <w:spacing w:after="40"/>
            </w:pPr>
          </w:p>
        </w:tc>
      </w:tr>
    </w:tbl>
    <w:p>
      <w:pPr>
        <w:pageBreakBefore/>
      </w:pPr>
      <w:r>
        <w:rPr>
          <w:rFonts w:ascii="Georgia" w:hAnsi="Georgia"/>
          <w:b/>
          <w:color w:val="15191B"/>
          <w:sz w:val="34"/>
        </w:rPr>
        <w:t>Room layout</w:t>
      </w:r>
    </w:p>
    <w:p>
      <w:pPr>
        <w:spacing w:after="100"/>
      </w:pPr>
      <w:r>
        <w:rPr>
          <w:rFonts w:ascii="Arial" w:hAnsi="Arial"/>
          <w:b w:val="0"/>
          <w:color w:val="5B666B"/>
          <w:sz w:val="17"/>
        </w:rPr>
        <w:t xml:space="preserve">Sketch the room to scale. One square = </w:t>
      </w:r>
      <w:r>
        <w:rPr>
          <w:rFonts w:ascii="Arial" w:hAnsi="Arial"/>
          <w:b w:val="0"/>
          <w:color w:val="5B666B"/>
          <w:sz w:val="17"/>
          <w:shd w:val="clear" w:color="auto" w:fill="DCEBF0"/>
        </w:rPr>
        <w:t>[1 metre]</w:t>
      </w:r>
      <w:r>
        <w:rPr>
          <w:rFonts w:ascii="Arial" w:hAnsi="Arial"/>
          <w:b w:val="0"/>
          <w:color w:val="5B666B"/>
          <w:sz w:val="17"/>
        </w:rPr>
        <w:t>. Mark the doors, bar, stage, dance floor, cake table and fire exits, then number each table to match the seating plan.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2" w:space="0" w:color="D5DADD"/>
          <w:left w:val="single" w:sz="2" w:space="0" w:color="D5DADD"/>
          <w:bottom w:val="single" w:sz="2" w:space="0" w:color="D5DADD"/>
          <w:right w:val="single" w:sz="2" w:space="0" w:color="D5DADD"/>
          <w:insideH w:val="single" w:sz="2" w:space="0" w:color="D5DADD"/>
          <w:insideV w:val="single" w:sz="2" w:space="0" w:color="D5DADD"/>
        </w:tblBorders>
      </w:tblPr>
      <w:tblGrid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  <w:tr>
        <w:trPr>
          <w:trHeight w:val="323" w:hRule="exact"/>
        </w:trPr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  <w:tc>
          <w:tcPr>
            <w:tcW w:type="dxa" w:w="347"/>
          </w:tcPr>
          <w:p>
            <w:pPr>
              <w:spacing w:after="0"/>
            </w:pPr>
          </w:p>
        </w:tc>
      </w:tr>
    </w:tbl>
    <w:p>
      <w:pPr>
        <w:pageBreakBefore/>
      </w:pPr>
      <w:r>
        <w:rPr>
          <w:rFonts w:ascii="Georgia" w:hAnsi="Georgia"/>
          <w:b/>
          <w:color w:val="15191B"/>
          <w:sz w:val="34"/>
        </w:rPr>
        <w:t>Restaurant seating plan</w:t>
      </w:r>
    </w:p>
    <w:p>
      <w:pPr>
        <w:spacing w:after="100"/>
      </w:pPr>
      <w:r>
        <w:rPr>
          <w:rFonts w:ascii="Arial" w:hAnsi="Arial"/>
          <w:b w:val="0"/>
          <w:color w:val="5B666B"/>
          <w:sz w:val="17"/>
        </w:rPr>
        <w:t>For a regular service: list every table by area with its seats and section, so the host can see how many covers each section holds.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9C1C5"/>
          <w:left w:val="single" w:sz="4" w:space="0" w:color="B9C1C5"/>
          <w:bottom w:val="single" w:sz="4" w:space="0" w:color="B9C1C5"/>
          <w:right w:val="single" w:sz="4" w:space="0" w:color="B9C1C5"/>
          <w:insideH w:val="single" w:sz="4" w:space="0" w:color="B9C1C5"/>
          <w:insideV w:val="single" w:sz="4" w:space="0" w:color="B9C1C5"/>
        </w:tblBorders>
      </w:tblPr>
      <w:tblGrid>
        <w:gridCol w:w="2179"/>
        <w:gridCol w:w="2179"/>
        <w:gridCol w:w="2179"/>
        <w:gridCol w:w="2179"/>
        <w:gridCol w:w="2179"/>
        <w:gridCol w:w="2179"/>
        <w:gridCol w:w="2179"/>
      </w:tblGrid>
      <w:tr>
        <w:trPr>
          <w:trHeight w:val="601" w:hRule="atLeast"/>
        </w:trPr>
        <w:tc>
          <w:tcPr>
            <w:tcW w:type="dxa" w:w="1134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Table</w:t>
            </w:r>
          </w:p>
        </w:tc>
        <w:tc>
          <w:tcPr>
            <w:tcW w:type="dxa" w:w="2494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Area</w:t>
            </w:r>
          </w:p>
        </w:tc>
        <w:tc>
          <w:tcPr>
            <w:tcW w:type="dxa" w:w="1814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Shape</w:t>
            </w:r>
          </w:p>
        </w:tc>
        <w:tc>
          <w:tcPr>
            <w:tcW w:type="dxa" w:w="1928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Seats (min to max)</w:t>
            </w:r>
          </w:p>
        </w:tc>
        <w:tc>
          <w:tcPr>
            <w:tcW w:type="dxa" w:w="1701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Joins with</w:t>
            </w:r>
          </w:p>
        </w:tc>
        <w:tc>
          <w:tcPr>
            <w:tcW w:type="dxa" w:w="2551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Section or server</w:t>
            </w:r>
          </w:p>
        </w:tc>
        <w:tc>
          <w:tcPr>
            <w:tcW w:type="dxa" w:w="3628"/>
            <w:shd w:val="clear" w:color="auto" w:fill="F3F5F6"/>
          </w:tcPr>
          <w:p>
            <w:pPr>
              <w:spacing w:before="40"/>
            </w:pPr>
            <w:r>
              <w:rPr>
                <w:rFonts w:ascii="Arial" w:hAnsi="Arial"/>
                <w:b/>
                <w:color w:val="5B666B"/>
                <w:sz w:val="17"/>
              </w:rPr>
              <w:t>Notes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  <w:tr>
        <w:trPr>
          <w:trHeight w:val="601" w:hRule="atLeast"/>
        </w:trPr>
        <w:tc>
          <w:tcPr>
            <w:tcW w:type="dxa" w:w="113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[T1]</w:t>
            </w:r>
          </w:p>
        </w:tc>
        <w:tc>
          <w:tcPr>
            <w:tcW w:type="dxa" w:w="249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[Dining room / terrace / bar]</w:t>
            </w:r>
          </w:p>
        </w:tc>
        <w:tc>
          <w:tcPr>
            <w:tcW w:type="dxa" w:w="1814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[Round / square / booth]</w:t>
            </w:r>
          </w:p>
        </w:tc>
        <w:tc>
          <w:tcPr>
            <w:tcW w:type="dxa" w:w="19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[2 to 4]</w:t>
            </w:r>
          </w:p>
        </w:tc>
        <w:tc>
          <w:tcPr>
            <w:tcW w:type="dxa" w:w="170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[T2]</w:t>
            </w:r>
          </w:p>
        </w:tc>
        <w:tc>
          <w:tcPr>
            <w:tcW w:type="dxa" w:w="2551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[Section 1, name]</w:t>
            </w:r>
          </w:p>
        </w:tc>
        <w:tc>
          <w:tcPr>
            <w:tcW w:type="dxa" w:w="3628"/>
          </w:tcPr>
          <w:p>
            <w:pPr>
              <w:spacing w:before="40"/>
            </w:pPr>
            <w:r>
              <w:rPr>
                <w:rFonts w:ascii="Arial" w:hAnsi="Arial"/>
                <w:b w:val="0"/>
                <w:color w:val="15191B"/>
                <w:sz w:val="17"/>
                <w:shd w:val="clear" w:color="auto" w:fill="DCEBF0"/>
              </w:rPr>
              <w:t>[Window, pram space, wheelchair access]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24" w:right="794" w:bottom="62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B666B"/>
        <w:sz w:val="14"/>
      </w:rPr>
      <w:t>Free template from gaplessly.com. Type over the shaded parts, delete what you do not need.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519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Seating plan template</dc:title>
  <dc:subject/>
  <dc:creator>Gaplessly</dc:creator>
  <cp:keywords/>
  <dc:description>Free template from gaplessly.com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